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679DF" w14:textId="0F01C45C" w:rsidR="00094307" w:rsidRPr="008D1B5F" w:rsidRDefault="00094307" w:rsidP="00094307">
      <w:pPr>
        <w:pStyle w:val="Cmsor1"/>
        <w:spacing w:before="0" w:line="240" w:lineRule="auto"/>
        <w:jc w:val="center"/>
        <w:rPr>
          <w:color w:val="003366"/>
          <w:lang w:val="hu-HU"/>
        </w:rPr>
      </w:pPr>
      <w:r w:rsidRPr="008D1B5F">
        <w:rPr>
          <w:noProof/>
          <w:color w:val="003366"/>
          <w:lang w:val="hu-HU"/>
        </w:rPr>
        <w:drawing>
          <wp:anchor distT="0" distB="0" distL="114300" distR="114300" simplePos="0" relativeHeight="251659264" behindDoc="0" locked="0" layoutInCell="1" allowOverlap="1" wp14:anchorId="642EE1BA" wp14:editId="00C46AE4">
            <wp:simplePos x="0" y="0"/>
            <wp:positionH relativeFrom="column">
              <wp:posOffset>-276225</wp:posOffset>
            </wp:positionH>
            <wp:positionV relativeFrom="page">
              <wp:posOffset>714375</wp:posOffset>
            </wp:positionV>
            <wp:extent cx="1317600" cy="673200"/>
            <wp:effectExtent l="0" t="0" r="0" b="0"/>
            <wp:wrapThrough wrapText="bothSides">
              <wp:wrapPolygon edited="0">
                <wp:start x="937" y="0"/>
                <wp:lineTo x="937" y="20174"/>
                <wp:lineTo x="2500" y="20174"/>
                <wp:lineTo x="13122" y="18951"/>
                <wp:lineTo x="20309" y="15283"/>
                <wp:lineTo x="19996" y="7947"/>
                <wp:lineTo x="11560" y="3057"/>
                <wp:lineTo x="2500" y="0"/>
                <wp:lineTo x="937" y="0"/>
              </wp:wrapPolygon>
            </wp:wrapThrough>
            <wp:docPr id="1198774721"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774721" name="Kép 1198774721"/>
                    <pic:cNvPicPr/>
                  </pic:nvPicPr>
                  <pic:blipFill>
                    <a:blip r:embed="rId8"/>
                    <a:stretch>
                      <a:fillRect/>
                    </a:stretch>
                  </pic:blipFill>
                  <pic:spPr>
                    <a:xfrm>
                      <a:off x="0" y="0"/>
                      <a:ext cx="1317600" cy="673200"/>
                    </a:xfrm>
                    <a:prstGeom prst="rect">
                      <a:avLst/>
                    </a:prstGeom>
                  </pic:spPr>
                </pic:pic>
              </a:graphicData>
            </a:graphic>
            <wp14:sizeRelH relativeFrom="margin">
              <wp14:pctWidth>0</wp14:pctWidth>
            </wp14:sizeRelH>
            <wp14:sizeRelV relativeFrom="margin">
              <wp14:pctHeight>0</wp14:pctHeight>
            </wp14:sizeRelV>
          </wp:anchor>
        </w:drawing>
      </w:r>
    </w:p>
    <w:p w14:paraId="76B1B9F1" w14:textId="77777777" w:rsidR="00094307" w:rsidRPr="008D1B5F" w:rsidRDefault="00094307" w:rsidP="00094307">
      <w:pPr>
        <w:pStyle w:val="Cmsor1"/>
        <w:spacing w:before="0" w:line="240" w:lineRule="auto"/>
        <w:jc w:val="center"/>
        <w:rPr>
          <w:color w:val="003366"/>
          <w:lang w:val="hu-HU"/>
        </w:rPr>
      </w:pPr>
    </w:p>
    <w:p w14:paraId="51AAF0EA" w14:textId="34B3F459" w:rsidR="00094307" w:rsidRPr="008D1B5F" w:rsidRDefault="00094307" w:rsidP="00094307">
      <w:pPr>
        <w:pStyle w:val="Cmsor1"/>
        <w:spacing w:before="0" w:line="240" w:lineRule="auto"/>
        <w:jc w:val="center"/>
        <w:rPr>
          <w:color w:val="003366"/>
          <w:lang w:val="hu-HU"/>
        </w:rPr>
      </w:pPr>
      <w:r w:rsidRPr="008D1B5F">
        <w:rPr>
          <w:color w:val="003366"/>
          <w:lang w:val="hu-HU"/>
        </w:rPr>
        <w:t>JOGI SZEKCIÓ</w:t>
      </w:r>
    </w:p>
    <w:p w14:paraId="31C47A32" w14:textId="612E8B82" w:rsidR="003119CB" w:rsidRPr="008D1B5F" w:rsidRDefault="004D56CD" w:rsidP="00094307">
      <w:pPr>
        <w:pStyle w:val="Cmsor1"/>
        <w:spacing w:before="0" w:line="240" w:lineRule="auto"/>
        <w:jc w:val="center"/>
        <w:rPr>
          <w:color w:val="003366"/>
          <w:lang w:val="hu-HU"/>
        </w:rPr>
      </w:pPr>
      <w:r w:rsidRPr="008D1B5F">
        <w:rPr>
          <w:color w:val="003366"/>
          <w:lang w:val="hu-HU"/>
        </w:rPr>
        <w:t>JELENTKEZÉSI ÍV – 2026</w:t>
      </w:r>
    </w:p>
    <w:p w14:paraId="236125D0" w14:textId="09E31AEE" w:rsidR="008B1611" w:rsidRPr="008D1B5F" w:rsidRDefault="008B1611">
      <w:pPr>
        <w:rPr>
          <w:lang w:val="hu-HU"/>
        </w:rPr>
      </w:pPr>
    </w:p>
    <w:p w14:paraId="28B5DF5A" w14:textId="219E118B" w:rsidR="008F3FE8" w:rsidRPr="008D1B5F" w:rsidRDefault="008F3FE8" w:rsidP="008D1B5F">
      <w:pPr>
        <w:jc w:val="both"/>
        <w:rPr>
          <w:lang w:val="hu-HU"/>
        </w:rPr>
      </w:pPr>
      <w:r w:rsidRPr="008D1B5F">
        <w:rPr>
          <w:lang w:val="hu-HU"/>
        </w:rPr>
        <w:t>A Jogi Szekció - a tagság létesítése, illetve a 2026. évre vonatkozó érvényesítése céljából - az alábbi jelentkezési ívet bocsátja ki:</w:t>
      </w:r>
    </w:p>
    <w:p w14:paraId="415E0579" w14:textId="15CA4862" w:rsidR="008F3FE8" w:rsidRPr="008D1B5F" w:rsidRDefault="008F3FE8" w:rsidP="008D1B5F">
      <w:pPr>
        <w:jc w:val="both"/>
        <w:rPr>
          <w:lang w:val="hu-HU"/>
        </w:rPr>
      </w:pPr>
      <w:r w:rsidRPr="008D1B5F">
        <w:rPr>
          <w:lang w:val="hu-HU"/>
        </w:rPr>
        <w:t xml:space="preserve">A Jelentkező, a Jelentkezési ív aláírásával kijelenti, hogy a Jogi Szekció tevékenységében, szolgáltatásainak felhasználásában tagként kíván részt venni. Tudomásul veszi, hogy az éves tagdíj mértéke egységesen 25.000.- Forint + 27% ÁFA. </w:t>
      </w:r>
    </w:p>
    <w:p w14:paraId="7FD7FAEE" w14:textId="54A1B2A5" w:rsidR="003119CB" w:rsidRPr="008D1B5F" w:rsidRDefault="008F3FE8" w:rsidP="008D1B5F">
      <w:pPr>
        <w:jc w:val="both"/>
        <w:rPr>
          <w:lang w:val="hu-HU"/>
        </w:rPr>
      </w:pPr>
      <w:r w:rsidRPr="008D1B5F">
        <w:rPr>
          <w:lang w:val="hu-HU"/>
        </w:rPr>
        <w:t xml:space="preserve">Jelentkezés esetén a Jelentkezési ívet kitöltve - a számlakiállítás érdekében </w:t>
      </w:r>
      <w:r w:rsidR="004D56CD" w:rsidRPr="008D1B5F">
        <w:rPr>
          <w:lang w:val="hu-HU"/>
        </w:rPr>
        <w:t>2026. január 31-ig kérjük megküldeni</w:t>
      </w:r>
      <w:r w:rsidR="008B1611" w:rsidRPr="008D1B5F">
        <w:rPr>
          <w:lang w:val="hu-HU"/>
        </w:rPr>
        <w:t xml:space="preserve"> eredetben postai úton vagy elektronikus aláírással emailben</w:t>
      </w:r>
      <w:r w:rsidR="004D56CD" w:rsidRPr="008D1B5F">
        <w:rPr>
          <w:lang w:val="hu-HU"/>
        </w:rPr>
        <w:t>:</w:t>
      </w:r>
      <w:r w:rsidR="004D56CD" w:rsidRPr="008D1B5F">
        <w:rPr>
          <w:lang w:val="hu-HU"/>
        </w:rPr>
        <w:br/>
      </w:r>
      <w:r w:rsidR="00161705">
        <w:rPr>
          <w:lang w:val="hu-HU"/>
        </w:rPr>
        <w:t xml:space="preserve">Magyar Kereskedelmi és Iparkamara, </w:t>
      </w:r>
      <w:r w:rsidR="0077120B" w:rsidRPr="008D1B5F">
        <w:rPr>
          <w:lang w:val="hu-HU"/>
        </w:rPr>
        <w:t xml:space="preserve">Breuer Gábor Béláné, 1122 Budapest, </w:t>
      </w:r>
      <w:proofErr w:type="spellStart"/>
      <w:r w:rsidR="0077120B" w:rsidRPr="008D1B5F">
        <w:rPr>
          <w:lang w:val="hu-HU"/>
        </w:rPr>
        <w:t>Pethényi</w:t>
      </w:r>
      <w:proofErr w:type="spellEnd"/>
      <w:r w:rsidR="0077120B" w:rsidRPr="008D1B5F">
        <w:rPr>
          <w:lang w:val="hu-HU"/>
        </w:rPr>
        <w:t xml:space="preserve"> köz 10.</w:t>
      </w:r>
      <w:r w:rsidR="004D56CD" w:rsidRPr="008D1B5F">
        <w:rPr>
          <w:lang w:val="hu-HU"/>
        </w:rPr>
        <w:br/>
        <w:t xml:space="preserve">E-mail: </w:t>
      </w:r>
      <w:hyperlink r:id="rId9" w:history="1">
        <w:r w:rsidRPr="008D1B5F">
          <w:rPr>
            <w:rStyle w:val="Hiperhivatkozs"/>
            <w:lang w:val="hu-HU"/>
          </w:rPr>
          <w:t>breuerne.eva@mkik.hu</w:t>
        </w:r>
      </w:hyperlink>
    </w:p>
    <w:p w14:paraId="5DE31383" w14:textId="5BDA71FF" w:rsidR="008F3FE8" w:rsidRPr="008D1B5F" w:rsidRDefault="008F3FE8" w:rsidP="008D1B5F">
      <w:pPr>
        <w:jc w:val="both"/>
        <w:rPr>
          <w:lang w:val="hu-HU"/>
        </w:rPr>
      </w:pPr>
      <w:r w:rsidRPr="008D1B5F">
        <w:rPr>
          <w:noProof/>
          <w:lang w:val="hu-HU"/>
        </w:rPr>
        <mc:AlternateContent>
          <mc:Choice Requires="wps">
            <w:drawing>
              <wp:anchor distT="45720" distB="45720" distL="114300" distR="114300" simplePos="0" relativeHeight="251658240" behindDoc="0" locked="0" layoutInCell="1" allowOverlap="1" wp14:anchorId="0815F7FE" wp14:editId="3CDE7DF0">
                <wp:simplePos x="0" y="0"/>
                <wp:positionH relativeFrom="margin">
                  <wp:posOffset>0</wp:posOffset>
                </wp:positionH>
                <wp:positionV relativeFrom="paragraph">
                  <wp:posOffset>725170</wp:posOffset>
                </wp:positionV>
                <wp:extent cx="5457825" cy="2591435"/>
                <wp:effectExtent l="0" t="0" r="28575" b="18415"/>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2591435"/>
                        </a:xfrm>
                        <a:prstGeom prst="rect">
                          <a:avLst/>
                        </a:prstGeom>
                        <a:ln>
                          <a:solidFill>
                            <a:schemeClr val="accent1">
                              <a:lumMod val="50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29F31665"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p>
                          <w:p w14:paraId="3FD92FCE" w14:textId="7E4B4DC2"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A Jelentkező neve: __________________________________________</w:t>
                            </w:r>
                          </w:p>
                          <w:p w14:paraId="0A0BDB6A"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Foglalkozása: __________________________________________</w:t>
                            </w:r>
                          </w:p>
                          <w:p w14:paraId="03ED225D"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E-mail címe: __________________________________________</w:t>
                            </w:r>
                          </w:p>
                          <w:p w14:paraId="3B4C0DBF"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Cége, székhelye, adószáma (számlázáshoz): __________________________________________</w:t>
                            </w:r>
                          </w:p>
                          <w:p w14:paraId="6FB8288F"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Postázási cím: __________________________________________</w:t>
                            </w:r>
                          </w:p>
                          <w:p w14:paraId="644A3E57" w14:textId="5778E4F1"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Elektronikus levelezési cím: __________________________________________</w:t>
                            </w:r>
                          </w:p>
                        </w:txbxContent>
                      </wps:txbx>
                      <wps:bodyPr rot="0" vert="horz" wrap="square" lIns="91440" tIns="45720" rIns="91440" bIns="45720" anchor="t" anchorCtr="0">
                        <a:noAutofit/>
                        <a:scene3d>
                          <a:camera prst="orthographicFront"/>
                          <a:lightRig rig="freezing" dir="t"/>
                        </a:scene3d>
                      </wps:bodyPr>
                    </wps:wsp>
                  </a:graphicData>
                </a:graphic>
                <wp14:sizeRelH relativeFrom="margin">
                  <wp14:pctWidth>0</wp14:pctWidth>
                </wp14:sizeRelH>
                <wp14:sizeRelV relativeFrom="margin">
                  <wp14:pctHeight>0</wp14:pctHeight>
                </wp14:sizeRelV>
              </wp:anchor>
            </w:drawing>
          </mc:Choice>
          <mc:Fallback>
            <w:pict>
              <v:shapetype w14:anchorId="0815F7FE" id="_x0000_t202" coordsize="21600,21600" o:spt="202" path="m,l,21600r21600,l21600,xe">
                <v:stroke joinstyle="miter"/>
                <v:path gradientshapeok="t" o:connecttype="rect"/>
              </v:shapetype>
              <v:shape id="Szövegdoboz 2" o:spid="_x0000_s1026" type="#_x0000_t202" style="position:absolute;left:0;text-align:left;margin-left:0;margin-top:57.1pt;width:429.75pt;height:204.0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" fillcolor="white [3201]" strokecolor="#243f60 [1604]" strokeweight="2pt">
                <v:textbox>
                  <w:txbxContent>
                    <w:p w14:paraId="29F31665"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p>
                    <w:p w14:paraId="3FD92FCE" w14:textId="7E4B4DC2"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A Jelentkező neve: __________________________________________</w:t>
                      </w:r>
                    </w:p>
                    <w:p w14:paraId="0A0BDB6A"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Foglalkozása: __________________________________________</w:t>
                      </w:r>
                    </w:p>
                    <w:p w14:paraId="03ED225D"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E-mail címe: __________________________________________</w:t>
                      </w:r>
                    </w:p>
                    <w:p w14:paraId="3B4C0DBF"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Cége, székhelye, adószáma (számlázáshoz): __________________________________________</w:t>
                      </w:r>
                    </w:p>
                    <w:p w14:paraId="6FB8288F" w14:textId="77777777"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Postázási cím: __________________________________________</w:t>
                      </w:r>
                    </w:p>
                    <w:p w14:paraId="644A3E57" w14:textId="5778E4F1" w:rsidR="008B1611" w:rsidRPr="004D56CD" w:rsidRDefault="008B1611" w:rsidP="008B1611">
                      <w:pPr>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pPr>
                      <w:r w:rsidRPr="004D56CD">
                        <w:rPr>
                          <w14:shadow w14:blurRad="50800" w14:dist="50800" w14:dir="5400000" w14:sx="0" w14:sy="0" w14:kx="0" w14:ky="0" w14:algn="ctr">
                            <w14:srgbClr w14:val="000000">
                              <w14:alpha w14:val="70000"/>
                            </w14:srgbClr>
                          </w14:shadow>
                          <w14:textOutline w14:w="9525" w14:cap="rnd" w14:cmpd="sng" w14:algn="ctr">
                            <w14:noFill/>
                            <w14:prstDash w14:val="solid"/>
                            <w14:bevel/>
                          </w14:textOutline>
                        </w:rPr>
                        <w:t>Elektronikus levelezési cím: __________________________________________</w:t>
                      </w:r>
                    </w:p>
                  </w:txbxContent>
                </v:textbox>
                <w10:wrap type="square" anchorx="margin"/>
              </v:shape>
            </w:pict>
          </mc:Fallback>
        </mc:AlternateContent>
      </w:r>
      <w:r w:rsidRPr="008D1B5F">
        <w:rPr>
          <w:lang w:val="hu-HU"/>
        </w:rPr>
        <w:t xml:space="preserve">Kérjük, hogy amennyiben a jövőben a Jogi Szekció rendezvényeire szóló meghívóinkat és egyéb tájékoztatóinkat e-mail útján szeretné megkapni, úgy elektronikus levelezési címét </w:t>
      </w:r>
      <w:r w:rsidR="00211480" w:rsidRPr="008D1B5F">
        <w:rPr>
          <w:lang w:val="hu-HU"/>
        </w:rPr>
        <w:t xml:space="preserve">az alábbiakban </w:t>
      </w:r>
      <w:r w:rsidRPr="008D1B5F">
        <w:rPr>
          <w:lang w:val="hu-HU"/>
        </w:rPr>
        <w:t>szíveskedjen közölni:</w:t>
      </w:r>
    </w:p>
    <w:p w14:paraId="1BC272A0" w14:textId="77777777" w:rsidR="003119CB" w:rsidRPr="008D1B5F" w:rsidRDefault="004D56CD">
      <w:pPr>
        <w:rPr>
          <w:lang w:val="hu-HU"/>
        </w:rPr>
      </w:pPr>
      <w:r w:rsidRPr="008D1B5F">
        <w:rPr>
          <w:lang w:val="hu-HU"/>
        </w:rPr>
        <w:br/>
        <w:t>Budapest, ...........................................................</w:t>
      </w:r>
    </w:p>
    <w:p w14:paraId="126BEBF1" w14:textId="77777777" w:rsidR="0077120B" w:rsidRPr="008D1B5F" w:rsidRDefault="0077120B" w:rsidP="008B1611">
      <w:pPr>
        <w:ind w:left="3600" w:firstLine="720"/>
        <w:rPr>
          <w:lang w:val="hu-HU"/>
        </w:rPr>
      </w:pPr>
    </w:p>
    <w:p w14:paraId="0DB428D6" w14:textId="3CB54D86" w:rsidR="003119CB" w:rsidRPr="008D1B5F" w:rsidRDefault="004D56CD" w:rsidP="008B1611">
      <w:pPr>
        <w:ind w:left="3600" w:firstLine="720"/>
        <w:rPr>
          <w:lang w:val="hu-HU"/>
        </w:rPr>
      </w:pPr>
      <w:r w:rsidRPr="008D1B5F">
        <w:rPr>
          <w:lang w:val="hu-HU"/>
        </w:rPr>
        <w:t>Aláírás: .................................................................</w:t>
      </w:r>
    </w:p>
    <w:p w14:paraId="35EFECDA" w14:textId="77777777" w:rsidR="0077120B" w:rsidRPr="008D1B5F" w:rsidRDefault="0077120B" w:rsidP="008B1611">
      <w:pPr>
        <w:ind w:left="3600" w:firstLine="720"/>
        <w:rPr>
          <w:lang w:val="hu-HU"/>
        </w:rPr>
      </w:pPr>
    </w:p>
    <w:p w14:paraId="356478AB" w14:textId="77777777" w:rsidR="0077120B" w:rsidRPr="008D1B5F" w:rsidRDefault="0077120B" w:rsidP="0077120B">
      <w:pPr>
        <w:pStyle w:val="Listaszerbekezds"/>
        <w:numPr>
          <w:ilvl w:val="0"/>
          <w:numId w:val="10"/>
        </w:numPr>
        <w:spacing w:after="0" w:line="240" w:lineRule="auto"/>
        <w:contextualSpacing w:val="0"/>
        <w:jc w:val="right"/>
        <w:rPr>
          <w:lang w:val="hu-HU"/>
        </w:rPr>
      </w:pPr>
      <w:r w:rsidRPr="008D1B5F">
        <w:rPr>
          <w:lang w:val="hu-HU"/>
        </w:rPr>
        <w:lastRenderedPageBreak/>
        <w:t>sz. Melléklet</w:t>
      </w:r>
    </w:p>
    <w:p w14:paraId="6A7602BF" w14:textId="77777777" w:rsidR="0077120B" w:rsidRPr="008D1B5F" w:rsidRDefault="0077120B" w:rsidP="0077120B">
      <w:pPr>
        <w:spacing w:line="240" w:lineRule="auto"/>
        <w:jc w:val="right"/>
        <w:rPr>
          <w:lang w:val="hu-HU"/>
        </w:rPr>
      </w:pPr>
    </w:p>
    <w:p w14:paraId="4C54564B" w14:textId="77777777" w:rsidR="0077120B" w:rsidRPr="008D1B5F" w:rsidRDefault="0077120B" w:rsidP="0077120B">
      <w:pPr>
        <w:spacing w:line="240" w:lineRule="auto"/>
        <w:jc w:val="center"/>
        <w:rPr>
          <w:b/>
          <w:bCs/>
          <w:lang w:val="hu-HU"/>
        </w:rPr>
      </w:pPr>
      <w:r w:rsidRPr="008D1B5F">
        <w:rPr>
          <w:b/>
          <w:bCs/>
          <w:lang w:val="hu-HU"/>
        </w:rPr>
        <w:t>ADATKEZELÉSI TÁJÉKOZTATÓ</w:t>
      </w:r>
    </w:p>
    <w:p w14:paraId="60C22C3E" w14:textId="77777777" w:rsidR="0077120B" w:rsidRPr="008D1B5F" w:rsidRDefault="0077120B" w:rsidP="0077120B">
      <w:pPr>
        <w:spacing w:line="240" w:lineRule="auto"/>
        <w:jc w:val="center"/>
        <w:rPr>
          <w:lang w:val="hu-HU"/>
        </w:rPr>
      </w:pPr>
      <w:r w:rsidRPr="008D1B5F">
        <w:rPr>
          <w:lang w:val="hu-HU"/>
        </w:rPr>
        <w:t>Tárgy: Jogi Szekció jelentkezés</w:t>
      </w:r>
    </w:p>
    <w:p w14:paraId="14282AA1" w14:textId="77777777" w:rsidR="0077120B" w:rsidRPr="008D1B5F" w:rsidRDefault="0077120B" w:rsidP="0077120B">
      <w:pPr>
        <w:spacing w:line="240" w:lineRule="auto"/>
        <w:rPr>
          <w:lang w:val="hu-HU"/>
        </w:rPr>
      </w:pPr>
    </w:p>
    <w:p w14:paraId="63F82FBD" w14:textId="52CAFFF8" w:rsidR="0077120B" w:rsidRPr="008D1B5F" w:rsidRDefault="0077120B" w:rsidP="0077120B">
      <w:pPr>
        <w:spacing w:line="240" w:lineRule="auto"/>
        <w:jc w:val="both"/>
        <w:rPr>
          <w:lang w:val="hu-HU"/>
        </w:rPr>
      </w:pPr>
      <w:r w:rsidRPr="008D1B5F">
        <w:rPr>
          <w:lang w:val="hu-HU"/>
        </w:rPr>
        <w:t xml:space="preserve">A részletes – jelen adatkezelési tájékoztatót kiegészítő </w:t>
      </w:r>
      <w:r w:rsidR="008D1B5F">
        <w:rPr>
          <w:lang w:val="hu-HU"/>
        </w:rPr>
        <w:t xml:space="preserve">MKIK </w:t>
      </w:r>
      <w:r w:rsidRPr="008D1B5F">
        <w:rPr>
          <w:lang w:val="hu-HU"/>
        </w:rPr>
        <w:t xml:space="preserve">Adatkezelési Tájékoztató – különös figyelemmel az adatkezelés elveire, érintetti jogokra - elérhető a </w:t>
      </w:r>
      <w:hyperlink r:id="rId10" w:history="1">
        <w:r w:rsidRPr="008D1B5F">
          <w:rPr>
            <w:rStyle w:val="Hiperhivatkozs"/>
            <w:lang w:val="hu-HU"/>
          </w:rPr>
          <w:t>www.mkik.hu</w:t>
        </w:r>
      </w:hyperlink>
      <w:r w:rsidRPr="008D1B5F">
        <w:rPr>
          <w:lang w:val="hu-HU"/>
        </w:rPr>
        <w:t xml:space="preserve"> weboldalon, valamint az Adatkezelő székhelyén nyomtatott formában egyaránt. A jelen adatkezelési tájékoztató és az </w:t>
      </w:r>
      <w:r w:rsidR="008D1B5F">
        <w:rPr>
          <w:lang w:val="hu-HU"/>
        </w:rPr>
        <w:t xml:space="preserve">MKIK </w:t>
      </w:r>
      <w:r w:rsidRPr="008D1B5F">
        <w:rPr>
          <w:lang w:val="hu-HU"/>
        </w:rPr>
        <w:t xml:space="preserve">Adatkezelési Tájékoztató közötti eltérés esetén a jelen dokumentumban foglalt rendelkezések alkalmazandóak. Az alábbiakban olvashatja röviden összefoglalva az adatainak kezeléséről szóló tájékoztatónkat. </w:t>
      </w:r>
    </w:p>
    <w:p w14:paraId="434C49EA" w14:textId="77777777" w:rsidR="0077120B" w:rsidRPr="008D1B5F" w:rsidRDefault="0077120B" w:rsidP="0077120B">
      <w:pPr>
        <w:pStyle w:val="Listaszerbekezds"/>
        <w:autoSpaceDE w:val="0"/>
        <w:autoSpaceDN w:val="0"/>
        <w:adjustRightInd w:val="0"/>
        <w:spacing w:line="240" w:lineRule="auto"/>
        <w:ind w:left="0"/>
        <w:jc w:val="both"/>
        <w:rPr>
          <w:b/>
          <w:bCs/>
          <w:lang w:val="hu-HU"/>
        </w:rPr>
      </w:pPr>
    </w:p>
    <w:p w14:paraId="60BC7132" w14:textId="77777777" w:rsidR="0077120B" w:rsidRPr="008D1B5F" w:rsidRDefault="0077120B" w:rsidP="0077120B">
      <w:pPr>
        <w:pStyle w:val="Listaszerbekezds"/>
        <w:numPr>
          <w:ilvl w:val="0"/>
          <w:numId w:val="11"/>
        </w:numPr>
        <w:autoSpaceDE w:val="0"/>
        <w:autoSpaceDN w:val="0"/>
        <w:adjustRightInd w:val="0"/>
        <w:spacing w:after="0" w:line="240" w:lineRule="auto"/>
        <w:contextualSpacing w:val="0"/>
        <w:jc w:val="both"/>
        <w:rPr>
          <w:lang w:val="hu-HU"/>
        </w:rPr>
      </w:pPr>
      <w:r w:rsidRPr="008D1B5F">
        <w:rPr>
          <w:b/>
          <w:bCs/>
          <w:lang w:val="hu-HU"/>
        </w:rPr>
        <w:t>Az adatkezelő</w:t>
      </w:r>
      <w:r w:rsidRPr="008D1B5F">
        <w:rPr>
          <w:lang w:val="hu-HU"/>
        </w:rPr>
        <w:t xml:space="preserve"> </w:t>
      </w:r>
    </w:p>
    <w:p w14:paraId="1C009790" w14:textId="77777777" w:rsidR="008F3FE8" w:rsidRPr="008D1B5F" w:rsidRDefault="008F3FE8" w:rsidP="008F3FE8">
      <w:pPr>
        <w:pStyle w:val="Listaszerbekezds"/>
        <w:autoSpaceDE w:val="0"/>
        <w:autoSpaceDN w:val="0"/>
        <w:adjustRightInd w:val="0"/>
        <w:spacing w:after="0" w:line="240" w:lineRule="auto"/>
        <w:ind w:left="360"/>
        <w:contextualSpacing w:val="0"/>
        <w:jc w:val="both"/>
        <w:rPr>
          <w:lang w:val="hu-HU"/>
        </w:rPr>
      </w:pPr>
    </w:p>
    <w:p w14:paraId="59360549" w14:textId="77777777" w:rsidR="0077120B" w:rsidRPr="008D1B5F" w:rsidRDefault="0077120B" w:rsidP="0077120B">
      <w:pPr>
        <w:spacing w:line="240" w:lineRule="auto"/>
        <w:jc w:val="both"/>
        <w:rPr>
          <w:lang w:val="hu-HU"/>
        </w:rPr>
      </w:pPr>
      <w:r w:rsidRPr="008D1B5F">
        <w:rPr>
          <w:lang w:val="hu-HU"/>
        </w:rPr>
        <w:t xml:space="preserve">Magyar Kereskedelmi és Iparkamara (székhely: 1054 Budapest, Szabadság tér 7., nyilvántartási szám: 01-03-0000006, bejegyző bíróság megnevezése: Fővárosi Törvényszék, képviseli: Nagy Elek - elnök; Csókay Ákos – főtitkár, adószám: 18068265-2-41, telefonszám: +36-1-474-5100, e-mail: mkik@mkik.hu, adatvédelmi tisztviselő: dr. Szomolányi Adrienn - telefonszám: +36-1-474-5194, e-mail: </w:t>
      </w:r>
      <w:hyperlink r:id="rId11" w:history="1">
        <w:r w:rsidRPr="008D1B5F">
          <w:rPr>
            <w:lang w:val="hu-HU"/>
          </w:rPr>
          <w:t>dpo@mkik.hu</w:t>
        </w:r>
      </w:hyperlink>
      <w:r w:rsidRPr="008D1B5F">
        <w:rPr>
          <w:lang w:val="hu-HU"/>
        </w:rPr>
        <w:t>, a továbbiakban: Adatkezelő).</w:t>
      </w:r>
    </w:p>
    <w:p w14:paraId="70DEEC35" w14:textId="77777777" w:rsidR="008F3FE8" w:rsidRPr="008D1B5F" w:rsidRDefault="008F3FE8" w:rsidP="0077120B">
      <w:pPr>
        <w:spacing w:line="240" w:lineRule="auto"/>
        <w:jc w:val="both"/>
        <w:rPr>
          <w:lang w:val="hu-HU"/>
        </w:rPr>
      </w:pPr>
    </w:p>
    <w:p w14:paraId="221B1281" w14:textId="77777777" w:rsidR="0077120B" w:rsidRPr="008D1B5F" w:rsidRDefault="0077120B" w:rsidP="0077120B">
      <w:pPr>
        <w:pStyle w:val="Listaszerbekezds"/>
        <w:numPr>
          <w:ilvl w:val="0"/>
          <w:numId w:val="11"/>
        </w:numPr>
        <w:spacing w:after="0" w:line="240" w:lineRule="auto"/>
        <w:contextualSpacing w:val="0"/>
        <w:jc w:val="both"/>
        <w:rPr>
          <w:b/>
          <w:lang w:val="hu-HU"/>
        </w:rPr>
      </w:pPr>
      <w:r w:rsidRPr="008D1B5F">
        <w:rPr>
          <w:b/>
          <w:lang w:val="hu-HU"/>
        </w:rPr>
        <w:t>A személyes adatok kezelésének célja</w:t>
      </w:r>
    </w:p>
    <w:p w14:paraId="21627955" w14:textId="77777777" w:rsidR="008F3FE8" w:rsidRPr="008D1B5F" w:rsidRDefault="008F3FE8" w:rsidP="008F3FE8">
      <w:pPr>
        <w:pStyle w:val="Listaszerbekezds"/>
        <w:spacing w:after="0" w:line="240" w:lineRule="auto"/>
        <w:ind w:left="360"/>
        <w:contextualSpacing w:val="0"/>
        <w:jc w:val="both"/>
        <w:rPr>
          <w:b/>
          <w:lang w:val="hu-HU"/>
        </w:rPr>
      </w:pPr>
    </w:p>
    <w:p w14:paraId="684CC737" w14:textId="77777777" w:rsidR="0077120B" w:rsidRPr="008D1B5F" w:rsidRDefault="0077120B" w:rsidP="0077120B">
      <w:pPr>
        <w:spacing w:line="240" w:lineRule="auto"/>
        <w:jc w:val="both"/>
        <w:rPr>
          <w:lang w:val="hu-HU"/>
        </w:rPr>
      </w:pPr>
      <w:r w:rsidRPr="008D1B5F">
        <w:rPr>
          <w:lang w:val="hu-HU"/>
        </w:rPr>
        <w:t>Az MKIK Jogi Szekciója rendezvényeket szervez, valamint azokról szakmai kiadványokat készít. Mindezen tevékenységek ellátásának biztosításához, továbbá a számviteli és az adózási jogszabályoknak megfelelően történő számviteli bizonylatkiállításhoz (számlázás) szükséges az egyes érintettek jelen tájékoztató szerinti személyes adatainak kezelése.</w:t>
      </w:r>
    </w:p>
    <w:p w14:paraId="54FCB0AA" w14:textId="77777777" w:rsidR="008F3FE8" w:rsidRPr="008D1B5F" w:rsidRDefault="008F3FE8" w:rsidP="0077120B">
      <w:pPr>
        <w:spacing w:line="240" w:lineRule="auto"/>
        <w:jc w:val="both"/>
        <w:rPr>
          <w:lang w:val="hu-HU"/>
        </w:rPr>
      </w:pPr>
    </w:p>
    <w:p w14:paraId="22E55C43" w14:textId="77777777" w:rsidR="0077120B" w:rsidRPr="008D1B5F" w:rsidRDefault="0077120B" w:rsidP="0077120B">
      <w:pPr>
        <w:pStyle w:val="Listaszerbekezds"/>
        <w:numPr>
          <w:ilvl w:val="0"/>
          <w:numId w:val="11"/>
        </w:numPr>
        <w:spacing w:after="0" w:line="240" w:lineRule="auto"/>
        <w:contextualSpacing w:val="0"/>
        <w:jc w:val="both"/>
        <w:rPr>
          <w:b/>
          <w:lang w:val="hu-HU"/>
        </w:rPr>
      </w:pPr>
      <w:r w:rsidRPr="008D1B5F">
        <w:rPr>
          <w:b/>
          <w:lang w:val="hu-HU"/>
        </w:rPr>
        <w:t>A kezelt személyes adatok</w:t>
      </w:r>
    </w:p>
    <w:p w14:paraId="6F94AC91" w14:textId="77777777" w:rsidR="008F3FE8" w:rsidRPr="008D1B5F" w:rsidRDefault="008F3FE8" w:rsidP="008F3FE8">
      <w:pPr>
        <w:pStyle w:val="Listaszerbekezds"/>
        <w:spacing w:after="0" w:line="240" w:lineRule="auto"/>
        <w:ind w:left="360"/>
        <w:contextualSpacing w:val="0"/>
        <w:jc w:val="both"/>
        <w:rPr>
          <w:b/>
          <w:lang w:val="hu-HU"/>
        </w:rPr>
      </w:pPr>
    </w:p>
    <w:p w14:paraId="318C67F4" w14:textId="77777777" w:rsidR="0077120B" w:rsidRPr="008D1B5F" w:rsidRDefault="0077120B" w:rsidP="0077120B">
      <w:pPr>
        <w:spacing w:after="0" w:line="240" w:lineRule="auto"/>
        <w:jc w:val="both"/>
        <w:rPr>
          <w:lang w:val="hu-HU"/>
        </w:rPr>
      </w:pPr>
      <w:r w:rsidRPr="008D1B5F">
        <w:rPr>
          <w:lang w:val="hu-HU"/>
        </w:rPr>
        <w:t>3.1.Számlák kiállításához:</w:t>
      </w:r>
    </w:p>
    <w:p w14:paraId="727CC06C" w14:textId="77777777" w:rsidR="0077120B" w:rsidRPr="008D1B5F" w:rsidRDefault="0077120B" w:rsidP="0077120B">
      <w:pPr>
        <w:spacing w:after="0" w:line="240" w:lineRule="auto"/>
        <w:jc w:val="both"/>
        <w:rPr>
          <w:lang w:val="hu-HU"/>
        </w:rPr>
      </w:pPr>
      <w:r w:rsidRPr="008D1B5F">
        <w:rPr>
          <w:lang w:val="hu-HU"/>
        </w:rPr>
        <w:t>természetes személy neve, székhely címe (ha az egyúttal a természetes személy lakcíme is)</w:t>
      </w:r>
    </w:p>
    <w:p w14:paraId="2F0D65B3" w14:textId="77777777" w:rsidR="0077120B" w:rsidRPr="008D1B5F" w:rsidRDefault="0077120B" w:rsidP="0077120B">
      <w:pPr>
        <w:spacing w:after="0" w:line="240" w:lineRule="auto"/>
        <w:jc w:val="both"/>
        <w:rPr>
          <w:lang w:val="hu-HU"/>
        </w:rPr>
      </w:pPr>
    </w:p>
    <w:p w14:paraId="36EEE5B2" w14:textId="77777777" w:rsidR="0077120B" w:rsidRPr="008D1B5F" w:rsidRDefault="0077120B" w:rsidP="0077120B">
      <w:pPr>
        <w:spacing w:after="0" w:line="240" w:lineRule="auto"/>
        <w:jc w:val="both"/>
        <w:rPr>
          <w:lang w:val="hu-HU"/>
        </w:rPr>
      </w:pPr>
      <w:r w:rsidRPr="008D1B5F">
        <w:rPr>
          <w:lang w:val="hu-HU"/>
        </w:rPr>
        <w:t>3.2.Kiadványok küldéséhez:</w:t>
      </w:r>
    </w:p>
    <w:p w14:paraId="05EEBE40" w14:textId="77777777" w:rsidR="0077120B" w:rsidRPr="008D1B5F" w:rsidRDefault="0077120B" w:rsidP="0077120B">
      <w:pPr>
        <w:spacing w:line="240" w:lineRule="auto"/>
        <w:jc w:val="both"/>
        <w:rPr>
          <w:lang w:val="hu-HU"/>
        </w:rPr>
      </w:pPr>
      <w:r w:rsidRPr="008D1B5F">
        <w:rPr>
          <w:lang w:val="hu-HU"/>
        </w:rPr>
        <w:t>természetes személy neve, kiadvány küldésének címe (ha az egyúttal a természetes személy lakcíme is)</w:t>
      </w:r>
    </w:p>
    <w:p w14:paraId="330555E6" w14:textId="77777777" w:rsidR="0077120B" w:rsidRPr="008D1B5F" w:rsidRDefault="0077120B" w:rsidP="0077120B">
      <w:pPr>
        <w:spacing w:after="0" w:line="240" w:lineRule="auto"/>
        <w:jc w:val="both"/>
        <w:rPr>
          <w:lang w:val="hu-HU"/>
        </w:rPr>
      </w:pPr>
      <w:r w:rsidRPr="008D1B5F">
        <w:rPr>
          <w:lang w:val="hu-HU"/>
        </w:rPr>
        <w:t>3.3.Értesítések, meghívók küldéséhez:</w:t>
      </w:r>
    </w:p>
    <w:p w14:paraId="6EBD1851" w14:textId="77777777" w:rsidR="0077120B" w:rsidRPr="008D1B5F" w:rsidRDefault="0077120B" w:rsidP="0077120B">
      <w:pPr>
        <w:spacing w:line="240" w:lineRule="auto"/>
        <w:jc w:val="both"/>
        <w:rPr>
          <w:lang w:val="hu-HU"/>
        </w:rPr>
      </w:pPr>
      <w:r w:rsidRPr="008D1B5F">
        <w:rPr>
          <w:lang w:val="hu-HU"/>
        </w:rPr>
        <w:t>természetes személy neve, e-mail címe</w:t>
      </w:r>
    </w:p>
    <w:p w14:paraId="675ACB5E" w14:textId="74F02AD8" w:rsidR="0077120B" w:rsidRPr="008D1B5F" w:rsidRDefault="0077120B" w:rsidP="0077120B">
      <w:pPr>
        <w:spacing w:after="0" w:line="240" w:lineRule="auto"/>
        <w:jc w:val="both"/>
        <w:rPr>
          <w:lang w:val="hu-HU"/>
        </w:rPr>
      </w:pPr>
      <w:r w:rsidRPr="008D1B5F">
        <w:rPr>
          <w:lang w:val="hu-HU"/>
        </w:rPr>
        <w:t>3.4.Egyéb kapcsolattartáshoz:</w:t>
      </w:r>
    </w:p>
    <w:p w14:paraId="2138BD60" w14:textId="33291D92" w:rsidR="0077120B" w:rsidRPr="008D1B5F" w:rsidRDefault="0077120B" w:rsidP="008F3FE8">
      <w:pPr>
        <w:spacing w:after="360" w:line="240" w:lineRule="auto"/>
        <w:jc w:val="both"/>
        <w:rPr>
          <w:lang w:val="hu-HU"/>
        </w:rPr>
      </w:pPr>
      <w:r w:rsidRPr="008D1B5F">
        <w:rPr>
          <w:lang w:val="hu-HU"/>
        </w:rPr>
        <w:t>telefonszám</w:t>
      </w:r>
      <w:r w:rsidR="00161705" w:rsidRPr="008D1B5F" w:rsidDel="00161705">
        <w:rPr>
          <w:lang w:val="hu-HU"/>
        </w:rPr>
        <w:t xml:space="preserve"> </w:t>
      </w:r>
      <w:r w:rsidRPr="008D1B5F">
        <w:rPr>
          <w:lang w:val="hu-HU"/>
        </w:rPr>
        <w:t xml:space="preserve">(ha azok egyúttal a természetes személy lakcíméhez tartoznak) </w:t>
      </w:r>
    </w:p>
    <w:p w14:paraId="40D7B4D5" w14:textId="77777777" w:rsidR="008F3FE8" w:rsidRPr="008D1B5F" w:rsidRDefault="008F3FE8" w:rsidP="008F3FE8">
      <w:pPr>
        <w:spacing w:after="360" w:line="240" w:lineRule="auto"/>
        <w:jc w:val="both"/>
        <w:rPr>
          <w:lang w:val="hu-HU"/>
        </w:rPr>
      </w:pPr>
    </w:p>
    <w:p w14:paraId="79192586" w14:textId="77777777" w:rsidR="0077120B" w:rsidRPr="008D1B5F" w:rsidRDefault="0077120B" w:rsidP="0077120B">
      <w:pPr>
        <w:pStyle w:val="Listaszerbekezds"/>
        <w:spacing w:line="240" w:lineRule="auto"/>
        <w:ind w:left="0"/>
        <w:jc w:val="both"/>
        <w:rPr>
          <w:b/>
          <w:lang w:val="hu-HU"/>
        </w:rPr>
      </w:pPr>
      <w:r w:rsidRPr="008D1B5F">
        <w:rPr>
          <w:b/>
          <w:lang w:val="hu-HU"/>
        </w:rPr>
        <w:lastRenderedPageBreak/>
        <w:t>4. Az adatkezelés jogalapja</w:t>
      </w:r>
    </w:p>
    <w:p w14:paraId="1CC47D19" w14:textId="77777777" w:rsidR="0077120B" w:rsidRPr="008D1B5F" w:rsidRDefault="0077120B" w:rsidP="008F3FE8">
      <w:pPr>
        <w:spacing w:after="0" w:line="240" w:lineRule="auto"/>
        <w:jc w:val="both"/>
        <w:rPr>
          <w:lang w:val="hu-HU"/>
        </w:rPr>
      </w:pPr>
      <w:r w:rsidRPr="008D1B5F">
        <w:rPr>
          <w:lang w:val="hu-HU"/>
        </w:rPr>
        <w:t>4.1.A számlakiállítás kapcsán:</w:t>
      </w:r>
    </w:p>
    <w:p w14:paraId="4D8ACC9C" w14:textId="77777777" w:rsidR="0077120B" w:rsidRPr="008D1B5F" w:rsidRDefault="0077120B" w:rsidP="0077120B">
      <w:pPr>
        <w:spacing w:line="240" w:lineRule="auto"/>
        <w:jc w:val="both"/>
        <w:rPr>
          <w:lang w:val="hu-HU"/>
        </w:rPr>
      </w:pPr>
      <w:r w:rsidRPr="008D1B5F">
        <w:rPr>
          <w:lang w:val="hu-HU"/>
        </w:rPr>
        <w:t>Az Európai Parlament és a Tanács (EU) 2016/679. számú (2016. április 27.), a természetes személyeknek a személyes adatok kezelése tekintetében történő védelméről és az ilyen adatok szabad áramlásáról, valamint a 95/46/EK rendelet hatályon kívül helyezéséről szóló rendelete (általános adatvédelmi rendelet; a továbbiakban: GDPR) 6. § (1) bekezdés c) pontja szerint a személyes adatok kezelése jogszerű, ha az adatkezelés az adatkezelőre vonatkozó jogi kötelezettség teljesítéséhez szükséges.</w:t>
      </w:r>
    </w:p>
    <w:p w14:paraId="64F7A2B8" w14:textId="77777777" w:rsidR="0077120B" w:rsidRPr="008D1B5F" w:rsidRDefault="0077120B" w:rsidP="008F3FE8">
      <w:pPr>
        <w:spacing w:after="0" w:line="240" w:lineRule="auto"/>
        <w:jc w:val="both"/>
        <w:rPr>
          <w:lang w:val="hu-HU"/>
        </w:rPr>
      </w:pPr>
      <w:r w:rsidRPr="008D1B5F">
        <w:rPr>
          <w:lang w:val="hu-HU"/>
        </w:rPr>
        <w:t>4.2.A kiadványok küldése, az értesítések, meghívók küldése, egyéb kapcsolattartási formák kapcsán:</w:t>
      </w:r>
    </w:p>
    <w:p w14:paraId="72B7F8C8" w14:textId="77777777" w:rsidR="0077120B" w:rsidRPr="008D1B5F" w:rsidRDefault="0077120B" w:rsidP="0077120B">
      <w:pPr>
        <w:spacing w:line="240" w:lineRule="auto"/>
        <w:jc w:val="both"/>
        <w:rPr>
          <w:lang w:val="hu-HU"/>
        </w:rPr>
      </w:pPr>
      <w:r w:rsidRPr="008D1B5F">
        <w:rPr>
          <w:lang w:val="hu-HU"/>
        </w:rPr>
        <w:t>A GDPR 6. § (1) bekezdés a) pontja értelmében a személyes adatok kezelése jogszerű, ha az érintett hozzájárulását adta személyes adatainak egy vagy több konkrét célból történő kezeléséhez.</w:t>
      </w:r>
    </w:p>
    <w:p w14:paraId="4748F7EA" w14:textId="77777777" w:rsidR="0077120B" w:rsidRPr="008D1B5F" w:rsidRDefault="0077120B" w:rsidP="0077120B">
      <w:pPr>
        <w:spacing w:line="240" w:lineRule="auto"/>
        <w:jc w:val="both"/>
        <w:rPr>
          <w:lang w:val="hu-HU"/>
        </w:rPr>
      </w:pPr>
      <w:r w:rsidRPr="008D1B5F">
        <w:rPr>
          <w:lang w:val="hu-HU"/>
        </w:rPr>
        <w:t>Az MKIK tájékoztatja, hogy a GDPR 7. cikk (3) bekezdése alapján a hozzájárulás bármikor visszavonható. A hozzájárulás visszavonása nem érinti a visszavonás előtti adatkezelés jogszerűségét.</w:t>
      </w:r>
    </w:p>
    <w:p w14:paraId="13BD67B1" w14:textId="77777777" w:rsidR="008F3FE8" w:rsidRPr="008D1B5F" w:rsidRDefault="008F3FE8" w:rsidP="0077120B">
      <w:pPr>
        <w:spacing w:line="240" w:lineRule="auto"/>
        <w:jc w:val="both"/>
        <w:rPr>
          <w:lang w:val="hu-HU"/>
        </w:rPr>
      </w:pPr>
    </w:p>
    <w:p w14:paraId="359D8289" w14:textId="55BFEED6" w:rsidR="0077120B" w:rsidRPr="008D1B5F" w:rsidRDefault="0077120B" w:rsidP="008F3FE8">
      <w:pPr>
        <w:pStyle w:val="Listaszerbekezds"/>
        <w:numPr>
          <w:ilvl w:val="0"/>
          <w:numId w:val="13"/>
        </w:numPr>
        <w:tabs>
          <w:tab w:val="left" w:pos="284"/>
        </w:tabs>
        <w:spacing w:after="0" w:line="240" w:lineRule="auto"/>
        <w:ind w:left="0" w:firstLine="0"/>
        <w:jc w:val="both"/>
        <w:rPr>
          <w:b/>
          <w:lang w:val="hu-HU"/>
        </w:rPr>
      </w:pPr>
      <w:r w:rsidRPr="008D1B5F">
        <w:rPr>
          <w:b/>
          <w:lang w:val="hu-HU"/>
        </w:rPr>
        <w:t>A személyes adatok kezelésének címzettjei</w:t>
      </w:r>
    </w:p>
    <w:p w14:paraId="4E4AC813" w14:textId="77777777" w:rsidR="008F3FE8" w:rsidRPr="008D1B5F" w:rsidRDefault="008F3FE8" w:rsidP="008F3FE8">
      <w:pPr>
        <w:pStyle w:val="Listaszerbekezds"/>
        <w:tabs>
          <w:tab w:val="left" w:pos="284"/>
        </w:tabs>
        <w:spacing w:after="0" w:line="240" w:lineRule="auto"/>
        <w:ind w:left="360"/>
        <w:jc w:val="both"/>
        <w:rPr>
          <w:b/>
          <w:lang w:val="hu-HU"/>
        </w:rPr>
      </w:pPr>
    </w:p>
    <w:p w14:paraId="47168676" w14:textId="77777777" w:rsidR="0077120B" w:rsidRPr="008D1B5F" w:rsidRDefault="0077120B" w:rsidP="0077120B">
      <w:pPr>
        <w:tabs>
          <w:tab w:val="left" w:pos="284"/>
        </w:tabs>
        <w:spacing w:line="240" w:lineRule="auto"/>
        <w:jc w:val="both"/>
        <w:rPr>
          <w:lang w:val="hu-HU"/>
        </w:rPr>
      </w:pPr>
      <w:r w:rsidRPr="008D1B5F">
        <w:rPr>
          <w:lang w:val="hu-HU"/>
        </w:rPr>
        <w:t>Az MKIK-nak a MKIK Jog Szekciója feladatainak ellátásában közreműködő munkavállalói, valamint az MKIK Szolgáltató Nonprofit Kft. tisztségviselői és munkavállalói.</w:t>
      </w:r>
    </w:p>
    <w:p w14:paraId="46312FD0" w14:textId="148A0B42" w:rsidR="0077120B" w:rsidRPr="008D1B5F" w:rsidRDefault="0077120B" w:rsidP="0077120B">
      <w:pPr>
        <w:tabs>
          <w:tab w:val="left" w:pos="284"/>
        </w:tabs>
        <w:spacing w:line="240" w:lineRule="auto"/>
        <w:jc w:val="both"/>
        <w:rPr>
          <w:lang w:val="hu-HU"/>
        </w:rPr>
      </w:pPr>
      <w:r w:rsidRPr="008D1B5F">
        <w:rPr>
          <w:lang w:val="hu-HU"/>
        </w:rPr>
        <w:t>Adatkezelő a személyes adatok kezeléséhez Adatfeldolgozó(ka)t nem vesz igénybe</w:t>
      </w:r>
      <w:r w:rsidR="008F3FE8" w:rsidRPr="008D1B5F">
        <w:rPr>
          <w:lang w:val="hu-HU"/>
        </w:rPr>
        <w:t>.</w:t>
      </w:r>
    </w:p>
    <w:p w14:paraId="7B9815D2" w14:textId="77777777" w:rsidR="008F3FE8" w:rsidRPr="008D1B5F" w:rsidRDefault="008F3FE8" w:rsidP="0077120B">
      <w:pPr>
        <w:tabs>
          <w:tab w:val="left" w:pos="284"/>
        </w:tabs>
        <w:spacing w:line="240" w:lineRule="auto"/>
        <w:jc w:val="both"/>
        <w:rPr>
          <w:lang w:val="hu-HU"/>
        </w:rPr>
      </w:pPr>
    </w:p>
    <w:p w14:paraId="0099140D" w14:textId="72E9FA40" w:rsidR="0077120B" w:rsidRPr="008D1B5F" w:rsidRDefault="0077120B" w:rsidP="008F3FE8">
      <w:pPr>
        <w:pStyle w:val="Listaszerbekezds"/>
        <w:numPr>
          <w:ilvl w:val="0"/>
          <w:numId w:val="13"/>
        </w:numPr>
        <w:tabs>
          <w:tab w:val="left" w:pos="284"/>
        </w:tabs>
        <w:spacing w:after="0" w:line="240" w:lineRule="auto"/>
        <w:ind w:left="0" w:firstLine="0"/>
        <w:jc w:val="both"/>
        <w:rPr>
          <w:b/>
          <w:lang w:val="hu-HU"/>
        </w:rPr>
      </w:pPr>
      <w:r w:rsidRPr="008D1B5F">
        <w:rPr>
          <w:b/>
          <w:lang w:val="hu-HU"/>
        </w:rPr>
        <w:t>A személyes adatok kezelésének időtartama</w:t>
      </w:r>
    </w:p>
    <w:p w14:paraId="056AF29C" w14:textId="77777777" w:rsidR="008F3FE8" w:rsidRPr="008D1B5F" w:rsidRDefault="008F3FE8" w:rsidP="008F3FE8">
      <w:pPr>
        <w:pStyle w:val="Listaszerbekezds"/>
        <w:spacing w:after="0" w:line="240" w:lineRule="auto"/>
        <w:ind w:left="360"/>
        <w:jc w:val="both"/>
        <w:rPr>
          <w:b/>
          <w:lang w:val="hu-HU"/>
        </w:rPr>
      </w:pPr>
    </w:p>
    <w:p w14:paraId="02D76586" w14:textId="77777777" w:rsidR="0077120B" w:rsidRPr="008D1B5F" w:rsidRDefault="0077120B" w:rsidP="0077120B">
      <w:pPr>
        <w:spacing w:after="0" w:line="240" w:lineRule="auto"/>
        <w:jc w:val="both"/>
        <w:rPr>
          <w:lang w:val="hu-HU"/>
        </w:rPr>
      </w:pPr>
      <w:r w:rsidRPr="008D1B5F">
        <w:rPr>
          <w:lang w:val="hu-HU"/>
        </w:rPr>
        <w:t>6.1.A személyes adatoknak a számlakiállításhoz kapcsolódó kezelése esetén:</w:t>
      </w:r>
    </w:p>
    <w:p w14:paraId="1C5E86AF" w14:textId="77777777" w:rsidR="0077120B" w:rsidRPr="008D1B5F" w:rsidRDefault="0077120B" w:rsidP="0077120B">
      <w:pPr>
        <w:spacing w:line="240" w:lineRule="auto"/>
        <w:jc w:val="both"/>
        <w:rPr>
          <w:lang w:val="hu-HU"/>
        </w:rPr>
      </w:pPr>
      <w:r w:rsidRPr="008D1B5F">
        <w:rPr>
          <w:lang w:val="hu-HU"/>
        </w:rPr>
        <w:t xml:space="preserve">A számvitelről szóló 2000. évi C. törvény 169. § (1)-(2) bekezdésében meghatározott legalább 8 év időtartamra tekintettel 10 év. </w:t>
      </w:r>
    </w:p>
    <w:p w14:paraId="71619DDC" w14:textId="77777777" w:rsidR="0077120B" w:rsidRPr="008D1B5F" w:rsidRDefault="0077120B" w:rsidP="0077120B">
      <w:pPr>
        <w:spacing w:after="0" w:line="240" w:lineRule="auto"/>
        <w:jc w:val="both"/>
        <w:rPr>
          <w:lang w:val="hu-HU"/>
        </w:rPr>
      </w:pPr>
      <w:r w:rsidRPr="008D1B5F">
        <w:rPr>
          <w:lang w:val="hu-HU"/>
        </w:rPr>
        <w:t>6.2.A személyes adatoknak az érintett hozzájárulásán alapuló kezelése esetén:</w:t>
      </w:r>
    </w:p>
    <w:p w14:paraId="48F1F58C" w14:textId="77777777" w:rsidR="0077120B" w:rsidRPr="008D1B5F" w:rsidRDefault="0077120B" w:rsidP="0077120B">
      <w:pPr>
        <w:spacing w:line="240" w:lineRule="auto"/>
        <w:jc w:val="both"/>
        <w:rPr>
          <w:lang w:val="hu-HU"/>
        </w:rPr>
      </w:pPr>
      <w:r w:rsidRPr="008D1B5F">
        <w:rPr>
          <w:lang w:val="hu-HU"/>
        </w:rPr>
        <w:t xml:space="preserve">Az adatkezelés az érintett hozzájárulásának visszavonásáig tart. </w:t>
      </w:r>
    </w:p>
    <w:p w14:paraId="301176B3" w14:textId="77777777" w:rsidR="0077120B" w:rsidRPr="008D1B5F" w:rsidRDefault="0077120B" w:rsidP="0077120B">
      <w:pPr>
        <w:spacing w:line="240" w:lineRule="auto"/>
        <w:jc w:val="both"/>
        <w:rPr>
          <w:lang w:val="hu-HU"/>
        </w:rPr>
      </w:pPr>
      <w:r w:rsidRPr="008D1B5F">
        <w:rPr>
          <w:lang w:val="hu-HU"/>
        </w:rPr>
        <w:t>Az érintett jogosult arra, hogy a hozzájárulását bármikor visszavonja. A hozzájárulás visszavonása nem érinti a hozzájáruláson alapuló, a visszavonás előtti adatkezelés jogszerűségét.</w:t>
      </w:r>
    </w:p>
    <w:p w14:paraId="67BC38CE" w14:textId="77777777" w:rsidR="008F3FE8" w:rsidRPr="008D1B5F" w:rsidRDefault="008F3FE8" w:rsidP="0077120B">
      <w:pPr>
        <w:spacing w:line="240" w:lineRule="auto"/>
        <w:jc w:val="both"/>
        <w:rPr>
          <w:lang w:val="hu-HU"/>
        </w:rPr>
      </w:pPr>
    </w:p>
    <w:p w14:paraId="053B979F" w14:textId="4927D110" w:rsidR="0077120B" w:rsidRPr="008D1B5F" w:rsidRDefault="0077120B" w:rsidP="0077120B">
      <w:pPr>
        <w:pStyle w:val="Listaszerbekezds"/>
        <w:numPr>
          <w:ilvl w:val="0"/>
          <w:numId w:val="12"/>
        </w:numPr>
        <w:tabs>
          <w:tab w:val="left" w:pos="284"/>
        </w:tabs>
        <w:spacing w:after="0" w:line="240" w:lineRule="auto"/>
        <w:jc w:val="both"/>
        <w:rPr>
          <w:b/>
          <w:lang w:val="hu-HU"/>
        </w:rPr>
      </w:pPr>
      <w:r w:rsidRPr="008D1B5F">
        <w:rPr>
          <w:b/>
          <w:lang w:val="hu-HU"/>
        </w:rPr>
        <w:t>Az Érintettekre vonatkozó adatok az alábbiak szerint kerülhetnek az Adatkezelő birtokába</w:t>
      </w:r>
    </w:p>
    <w:p w14:paraId="463BA48C" w14:textId="77777777" w:rsidR="008F3FE8" w:rsidRPr="008D1B5F" w:rsidRDefault="008F3FE8" w:rsidP="008F3FE8">
      <w:pPr>
        <w:pStyle w:val="Listaszerbekezds"/>
        <w:tabs>
          <w:tab w:val="left" w:pos="284"/>
        </w:tabs>
        <w:spacing w:after="0" w:line="240" w:lineRule="auto"/>
        <w:ind w:left="360"/>
        <w:jc w:val="both"/>
        <w:rPr>
          <w:b/>
          <w:lang w:val="hu-HU"/>
        </w:rPr>
      </w:pPr>
    </w:p>
    <w:p w14:paraId="269290DE" w14:textId="77777777" w:rsidR="0077120B" w:rsidRPr="008D1B5F" w:rsidRDefault="0077120B" w:rsidP="0077120B">
      <w:pPr>
        <w:spacing w:line="240" w:lineRule="auto"/>
        <w:jc w:val="both"/>
        <w:rPr>
          <w:lang w:val="hu-HU"/>
        </w:rPr>
      </w:pPr>
      <w:r w:rsidRPr="008D1B5F">
        <w:rPr>
          <w:lang w:val="hu-HU"/>
        </w:rPr>
        <w:t>Közvetlenül vagy közvetve az Érintettektől, összhangban az Adatkezelési Tájékoztatóban foglaltakkal.</w:t>
      </w:r>
    </w:p>
    <w:p w14:paraId="3FD74D2B" w14:textId="77777777" w:rsidR="0077120B" w:rsidRPr="008D1B5F" w:rsidRDefault="0077120B" w:rsidP="0077120B">
      <w:pPr>
        <w:spacing w:line="240" w:lineRule="auto"/>
        <w:jc w:val="both"/>
        <w:rPr>
          <w:lang w:val="hu-HU"/>
        </w:rPr>
      </w:pPr>
      <w:r w:rsidRPr="008D1B5F">
        <w:rPr>
          <w:lang w:val="hu-HU"/>
        </w:rPr>
        <w:lastRenderedPageBreak/>
        <w:t xml:space="preserve">Adatkezelő az adatok biztonságos tárolásáról minden esetben a jogszabályi rendelkezéseknek megfelelően, a szabályok megtartásával, és a megfelelő technikai és szervezési intézkedések bevezetésével gondoskodik. Adatkezelő az adatok forrását az Érintett rendelkezésére bocsátja. </w:t>
      </w:r>
    </w:p>
    <w:p w14:paraId="2A0DB0C7" w14:textId="77777777" w:rsidR="008F3FE8" w:rsidRPr="008D1B5F" w:rsidRDefault="008F3FE8" w:rsidP="0077120B">
      <w:pPr>
        <w:spacing w:line="240" w:lineRule="auto"/>
        <w:jc w:val="both"/>
        <w:rPr>
          <w:lang w:val="hu-HU"/>
        </w:rPr>
      </w:pPr>
    </w:p>
    <w:p w14:paraId="57439C3A" w14:textId="77777777" w:rsidR="0077120B" w:rsidRPr="008D1B5F" w:rsidRDefault="0077120B" w:rsidP="0077120B">
      <w:pPr>
        <w:pStyle w:val="Listaszerbekezds"/>
        <w:numPr>
          <w:ilvl w:val="0"/>
          <w:numId w:val="12"/>
        </w:numPr>
        <w:tabs>
          <w:tab w:val="left" w:pos="284"/>
        </w:tabs>
        <w:spacing w:after="0" w:line="240" w:lineRule="auto"/>
        <w:jc w:val="both"/>
        <w:rPr>
          <w:b/>
          <w:lang w:val="hu-HU"/>
        </w:rPr>
      </w:pPr>
      <w:r w:rsidRPr="008D1B5F">
        <w:rPr>
          <w:b/>
          <w:lang w:val="hu-HU"/>
        </w:rPr>
        <w:t>Az érintettek jogai</w:t>
      </w:r>
    </w:p>
    <w:p w14:paraId="023F2A52" w14:textId="77777777" w:rsidR="008F3FE8" w:rsidRPr="008D1B5F" w:rsidRDefault="008F3FE8" w:rsidP="008F3FE8">
      <w:pPr>
        <w:pStyle w:val="Listaszerbekezds"/>
        <w:tabs>
          <w:tab w:val="left" w:pos="284"/>
        </w:tabs>
        <w:spacing w:after="0" w:line="240" w:lineRule="auto"/>
        <w:ind w:left="360"/>
        <w:jc w:val="both"/>
        <w:rPr>
          <w:b/>
          <w:lang w:val="hu-HU"/>
        </w:rPr>
      </w:pPr>
    </w:p>
    <w:p w14:paraId="758FA806" w14:textId="77777777" w:rsidR="0077120B" w:rsidRPr="008D1B5F" w:rsidRDefault="0077120B" w:rsidP="0077120B">
      <w:pPr>
        <w:tabs>
          <w:tab w:val="left" w:pos="284"/>
        </w:tabs>
        <w:spacing w:line="240" w:lineRule="auto"/>
        <w:jc w:val="both"/>
        <w:rPr>
          <w:lang w:val="hu-HU"/>
        </w:rPr>
      </w:pPr>
      <w:r w:rsidRPr="008D1B5F">
        <w:rPr>
          <w:lang w:val="hu-HU"/>
        </w:rPr>
        <w:t>8.1.A számlakiállításhoz szükséges adatok tekintetében:</w:t>
      </w:r>
    </w:p>
    <w:p w14:paraId="308720BC" w14:textId="77777777" w:rsidR="0077120B" w:rsidRPr="008D1B5F" w:rsidRDefault="0077120B" w:rsidP="0077120B">
      <w:pPr>
        <w:tabs>
          <w:tab w:val="left" w:pos="284"/>
        </w:tabs>
        <w:spacing w:line="240" w:lineRule="auto"/>
        <w:jc w:val="both"/>
        <w:rPr>
          <w:lang w:val="hu-HU"/>
        </w:rPr>
      </w:pPr>
      <w:r w:rsidRPr="008D1B5F">
        <w:rPr>
          <w:lang w:val="hu-HU"/>
        </w:rPr>
        <w:t>Az érintett a GDPR-ban foglaltak szerint kérelmezheti az adatkezelőtől a rá vonatkozó személyes adatokhoz való hozzáférést (GDPR 15. cikk), azok helyesbítését (GDPR 16. cikk), kezelésüknek korlátozását (GDPR 18. cikk).</w:t>
      </w:r>
    </w:p>
    <w:p w14:paraId="49F79C85" w14:textId="77777777" w:rsidR="0077120B" w:rsidRPr="008D1B5F" w:rsidRDefault="0077120B" w:rsidP="0077120B">
      <w:pPr>
        <w:spacing w:line="240" w:lineRule="auto"/>
        <w:jc w:val="both"/>
        <w:rPr>
          <w:lang w:val="hu-HU"/>
        </w:rPr>
      </w:pPr>
      <w:r w:rsidRPr="008D1B5F">
        <w:rPr>
          <w:lang w:val="hu-HU"/>
        </w:rPr>
        <w:t>Az érintett a GDPR 17.cikk (1) bekezdése szerint az adatok törlését („az elfeledtetéshez való jogot”) nem kezdeményezheti, tekintettel arra, hogy a GDPR 17.cikk (3) bekezdés b) pontja értelmében az adatkezelés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szükséges.</w:t>
      </w:r>
    </w:p>
    <w:p w14:paraId="195AD30B" w14:textId="77777777" w:rsidR="0077120B" w:rsidRPr="008D1B5F" w:rsidRDefault="0077120B" w:rsidP="0077120B">
      <w:pPr>
        <w:spacing w:line="240" w:lineRule="auto"/>
        <w:jc w:val="both"/>
        <w:rPr>
          <w:lang w:val="hu-HU"/>
        </w:rPr>
      </w:pPr>
      <w:r w:rsidRPr="008D1B5F">
        <w:rPr>
          <w:lang w:val="hu-HU"/>
        </w:rPr>
        <w:t>(A számla adattartalmát az általános forgalmi adóról szóló 2007. CXXVII. törvény 169. §-a határozza meg.)</w:t>
      </w:r>
    </w:p>
    <w:p w14:paraId="73C19234" w14:textId="77777777" w:rsidR="0077120B" w:rsidRPr="008D1B5F" w:rsidRDefault="0077120B" w:rsidP="0077120B">
      <w:pPr>
        <w:spacing w:line="240" w:lineRule="auto"/>
        <w:jc w:val="both"/>
        <w:rPr>
          <w:lang w:val="hu-HU"/>
        </w:rPr>
      </w:pPr>
      <w:r w:rsidRPr="008D1B5F">
        <w:rPr>
          <w:lang w:val="hu-HU"/>
        </w:rPr>
        <w:t>8.2. A kiadványok küldéséhez, az értesítések, meghívók küldéséhez, illetőleg az egyéb kapcsolattartási formákhoz szükséges adatok tekintetében:</w:t>
      </w:r>
    </w:p>
    <w:p w14:paraId="40693832" w14:textId="77777777" w:rsidR="0077120B" w:rsidRPr="008D1B5F" w:rsidRDefault="0077120B" w:rsidP="0077120B">
      <w:pPr>
        <w:tabs>
          <w:tab w:val="left" w:pos="284"/>
        </w:tabs>
        <w:spacing w:line="240" w:lineRule="auto"/>
        <w:jc w:val="both"/>
        <w:rPr>
          <w:lang w:val="hu-HU"/>
        </w:rPr>
      </w:pPr>
      <w:r w:rsidRPr="008D1B5F">
        <w:rPr>
          <w:lang w:val="hu-HU"/>
        </w:rPr>
        <w:t>Az érintett a GDPR-ban foglaltak szerint kérelmezheti az adatkezelőtől a rá vonatkozó személyes adatokhoz való hozzáférést (GDPR 15. cikk), azok helyesbítését (GDPR 16. cikk), törlését (GDPR 17. cikk), kezelésüknek korlátozását (GDPR 18. cikk), továbbá megilleti az adathordozhatósághoz való jog (GDPR 20. cikk).</w:t>
      </w:r>
    </w:p>
    <w:p w14:paraId="45CC8DA5" w14:textId="77777777" w:rsidR="008F3FE8" w:rsidRPr="008D1B5F" w:rsidRDefault="008F3FE8" w:rsidP="0077120B">
      <w:pPr>
        <w:tabs>
          <w:tab w:val="left" w:pos="284"/>
        </w:tabs>
        <w:spacing w:line="240" w:lineRule="auto"/>
        <w:jc w:val="both"/>
        <w:rPr>
          <w:lang w:val="hu-HU"/>
        </w:rPr>
      </w:pPr>
    </w:p>
    <w:p w14:paraId="7D4B20FE" w14:textId="77777777" w:rsidR="0077120B" w:rsidRPr="008D1B5F" w:rsidRDefault="0077120B" w:rsidP="0077120B">
      <w:pPr>
        <w:pStyle w:val="Listaszerbekezds"/>
        <w:numPr>
          <w:ilvl w:val="0"/>
          <w:numId w:val="12"/>
        </w:numPr>
        <w:spacing w:after="0" w:line="240" w:lineRule="auto"/>
        <w:ind w:left="357" w:hanging="357"/>
        <w:jc w:val="both"/>
        <w:rPr>
          <w:b/>
          <w:bCs/>
          <w:lang w:val="hu-HU"/>
        </w:rPr>
      </w:pPr>
      <w:r w:rsidRPr="008D1B5F">
        <w:rPr>
          <w:b/>
          <w:bCs/>
          <w:lang w:val="hu-HU"/>
        </w:rPr>
        <w:t xml:space="preserve">Az adatok tárolási módja </w:t>
      </w:r>
    </w:p>
    <w:p w14:paraId="463DA5C3" w14:textId="77777777" w:rsidR="0077120B" w:rsidRPr="008D1B5F" w:rsidRDefault="0077120B" w:rsidP="0077120B">
      <w:pPr>
        <w:tabs>
          <w:tab w:val="left" w:pos="284"/>
        </w:tabs>
        <w:spacing w:line="240" w:lineRule="auto"/>
        <w:jc w:val="both"/>
        <w:rPr>
          <w:lang w:val="hu-HU"/>
        </w:rPr>
      </w:pPr>
      <w:r w:rsidRPr="008D1B5F">
        <w:rPr>
          <w:lang w:val="hu-HU"/>
        </w:rPr>
        <w:t>Elektronikus és papír alapon egyaránt.</w:t>
      </w:r>
    </w:p>
    <w:p w14:paraId="460CFC7C" w14:textId="77777777" w:rsidR="0077120B" w:rsidRPr="008D1B5F" w:rsidRDefault="0077120B" w:rsidP="0077120B">
      <w:pPr>
        <w:pStyle w:val="Listaszerbekezds"/>
        <w:spacing w:line="240" w:lineRule="auto"/>
        <w:ind w:left="0"/>
        <w:jc w:val="both"/>
        <w:rPr>
          <w:lang w:val="hu-HU"/>
        </w:rPr>
      </w:pPr>
    </w:p>
    <w:p w14:paraId="7B3F084B" w14:textId="77777777" w:rsidR="0077120B" w:rsidRPr="008D1B5F" w:rsidRDefault="0077120B" w:rsidP="0077120B">
      <w:pPr>
        <w:pStyle w:val="Listaszerbekezds"/>
        <w:numPr>
          <w:ilvl w:val="0"/>
          <w:numId w:val="12"/>
        </w:numPr>
        <w:spacing w:after="160" w:line="240" w:lineRule="auto"/>
        <w:jc w:val="both"/>
        <w:rPr>
          <w:b/>
          <w:bCs/>
          <w:lang w:val="hu-HU"/>
        </w:rPr>
      </w:pPr>
      <w:r w:rsidRPr="008D1B5F">
        <w:rPr>
          <w:b/>
          <w:bCs/>
          <w:lang w:val="hu-HU"/>
        </w:rPr>
        <w:t>Adatkezeléssel kapcsolatos jogok</w:t>
      </w:r>
    </w:p>
    <w:p w14:paraId="531A2A9B" w14:textId="77777777" w:rsidR="0077120B" w:rsidRPr="008D1B5F" w:rsidRDefault="0077120B" w:rsidP="0077120B">
      <w:pPr>
        <w:tabs>
          <w:tab w:val="left" w:pos="284"/>
        </w:tabs>
        <w:spacing w:line="240" w:lineRule="auto"/>
        <w:jc w:val="both"/>
        <w:rPr>
          <w:lang w:val="hu-HU"/>
        </w:rPr>
      </w:pPr>
      <w:r w:rsidRPr="008D1B5F">
        <w:rPr>
          <w:lang w:val="hu-HU"/>
        </w:rPr>
        <w:t xml:space="preserve"> Az Érintett kérelmezheti az adatkezelőtől a rá vonatkozó személyes adatokhoz való hozzáférést, azok helyesbítését, törlését vagy kezelésének korlátozását, és tiltakozhat az ilyen személyes adatok kezelése ellen, valamint megilletheti az adathordozhatósághoz való jog. Adatvédelmi tisztviselő elérhetősége: dr. Szomolányi Adrienn - telefonszám: +36-1-474-5194, e-mail: </w:t>
      </w:r>
      <w:hyperlink r:id="rId12" w:history="1">
        <w:r w:rsidRPr="008D1B5F">
          <w:rPr>
            <w:lang w:val="hu-HU"/>
          </w:rPr>
          <w:t>dpo@mkik.hu</w:t>
        </w:r>
      </w:hyperlink>
      <w:r w:rsidRPr="008D1B5F">
        <w:rPr>
          <w:lang w:val="hu-HU"/>
        </w:rPr>
        <w:t>. Amennyiben az érintettet az adatainak kezelése kapcsán (jog)sérelem érte, az Adatkezelőtől tájékoztatást kérhet személyes adatainak kezeléséről, és kérheti személyes adatainak helyesbítését, illetve – a jogszabálynak megfelelő célból történő adatkezelések kivételével – törlését. Ha az érintett az Adatkezelő intézkedésével, tájékoztatásával nem ért egyet, a Nemzeti Adatvédelmi és Információszabadság Hatósághoz, mint felügyeleti hatósághoz fordulhat panaszával (Postacím: 1363 Budapest, Pf. 9., Cím: 1055 Budapest, Falk Miksa utca 9-11., Telefon: +36 (1) 391-1400, +36 30 683-5969, +36 30 549-</w:t>
      </w:r>
      <w:r w:rsidRPr="008D1B5F">
        <w:rPr>
          <w:lang w:val="hu-HU"/>
        </w:rPr>
        <w:lastRenderedPageBreak/>
        <w:t xml:space="preserve">6838, Fax: +36 (1) 391-1410, Web: naih.hu, E-mail: </w:t>
      </w:r>
      <w:hyperlink r:id="rId13" w:history="1">
        <w:r w:rsidRPr="008D1B5F">
          <w:rPr>
            <w:lang w:val="hu-HU"/>
          </w:rPr>
          <w:t>ugyfelszolgalat@naih.hu</w:t>
        </w:r>
      </w:hyperlink>
      <w:r w:rsidRPr="008D1B5F">
        <w:rPr>
          <w:lang w:val="hu-HU"/>
        </w:rPr>
        <w:t xml:space="preserve">), illetve bírósági úton kérhet jogorvoslatot. Az adatvédelmi perek elbírálása a törvényszék hatáskörébe tartozik, a per – az érintett választása szerint – az érintett lakhelye vagy tartózkodási helye szerinti törvényszék előtt is megindítható. </w:t>
      </w:r>
    </w:p>
    <w:p w14:paraId="12B84AEA" w14:textId="77777777" w:rsidR="008F3FE8" w:rsidRPr="008D1B5F" w:rsidRDefault="008F3FE8" w:rsidP="0077120B">
      <w:pPr>
        <w:tabs>
          <w:tab w:val="left" w:pos="284"/>
        </w:tabs>
        <w:spacing w:line="240" w:lineRule="auto"/>
        <w:jc w:val="both"/>
        <w:rPr>
          <w:lang w:val="hu-HU"/>
        </w:rPr>
      </w:pPr>
    </w:p>
    <w:p w14:paraId="3C4D77F7" w14:textId="77777777" w:rsidR="0077120B" w:rsidRPr="008D1B5F" w:rsidRDefault="0077120B" w:rsidP="008F3FE8">
      <w:pPr>
        <w:pStyle w:val="Listaszerbekezds"/>
        <w:numPr>
          <w:ilvl w:val="0"/>
          <w:numId w:val="12"/>
        </w:numPr>
        <w:spacing w:after="0" w:line="240" w:lineRule="auto"/>
        <w:ind w:left="357" w:hanging="357"/>
        <w:jc w:val="both"/>
        <w:rPr>
          <w:b/>
          <w:lang w:val="hu-HU"/>
        </w:rPr>
      </w:pPr>
      <w:r w:rsidRPr="008D1B5F">
        <w:rPr>
          <w:b/>
          <w:lang w:val="hu-HU"/>
        </w:rPr>
        <w:t>Adattovábbítás harmadik országba vagy nemzetközi szervezet részére</w:t>
      </w:r>
    </w:p>
    <w:p w14:paraId="5C644373" w14:textId="77777777" w:rsidR="008F3FE8" w:rsidRPr="008D1B5F" w:rsidRDefault="008F3FE8" w:rsidP="008F3FE8">
      <w:pPr>
        <w:pStyle w:val="Listaszerbekezds"/>
        <w:spacing w:after="0" w:line="240" w:lineRule="auto"/>
        <w:ind w:left="284"/>
        <w:jc w:val="both"/>
        <w:rPr>
          <w:b/>
          <w:lang w:val="hu-HU"/>
        </w:rPr>
      </w:pPr>
    </w:p>
    <w:p w14:paraId="32E42B6E" w14:textId="77777777" w:rsidR="0077120B" w:rsidRPr="008D1B5F" w:rsidRDefault="0077120B" w:rsidP="0077120B">
      <w:pPr>
        <w:spacing w:line="240" w:lineRule="auto"/>
        <w:rPr>
          <w:lang w:val="hu-HU"/>
        </w:rPr>
      </w:pPr>
      <w:r w:rsidRPr="008D1B5F">
        <w:rPr>
          <w:lang w:val="hu-HU"/>
        </w:rPr>
        <w:t>Adattovábbítás harmadik országba vagy nemzetközi szervezet részére nem merül fel.</w:t>
      </w:r>
    </w:p>
    <w:p w14:paraId="7662FB2B" w14:textId="77777777" w:rsidR="0077120B" w:rsidRPr="008D1B5F" w:rsidRDefault="0077120B" w:rsidP="0077120B">
      <w:pPr>
        <w:spacing w:line="240" w:lineRule="auto"/>
        <w:rPr>
          <w:lang w:val="hu-HU"/>
        </w:rPr>
      </w:pPr>
    </w:p>
    <w:p w14:paraId="6AAC3868" w14:textId="77777777" w:rsidR="0077120B" w:rsidRPr="008D1B5F" w:rsidRDefault="0077120B" w:rsidP="0077120B">
      <w:pPr>
        <w:spacing w:line="240" w:lineRule="auto"/>
        <w:rPr>
          <w:bCs/>
          <w:u w:val="single"/>
          <w:lang w:val="hu-HU"/>
        </w:rPr>
      </w:pPr>
      <w:r w:rsidRPr="008D1B5F">
        <w:rPr>
          <w:bCs/>
          <w:u w:val="single"/>
          <w:lang w:val="hu-HU"/>
        </w:rPr>
        <w:t>Z á r a d é k</w:t>
      </w:r>
      <w:r w:rsidRPr="008D1B5F">
        <w:rPr>
          <w:bCs/>
          <w:lang w:val="hu-HU"/>
        </w:rPr>
        <w:t>:</w:t>
      </w:r>
    </w:p>
    <w:p w14:paraId="5FE6DDDE" w14:textId="77777777" w:rsidR="0077120B" w:rsidRPr="008D1B5F" w:rsidRDefault="0077120B" w:rsidP="0077120B">
      <w:pPr>
        <w:spacing w:line="240" w:lineRule="auto"/>
        <w:jc w:val="both"/>
        <w:rPr>
          <w:bCs/>
          <w:lang w:val="hu-HU"/>
        </w:rPr>
      </w:pPr>
      <w:r w:rsidRPr="008D1B5F">
        <w:rPr>
          <w:bCs/>
          <w:lang w:val="hu-HU"/>
        </w:rPr>
        <w:t>Mindezen előzmények alapján a hozzájárulásomhoz kötött adatkezelések tekintetében az aláírásommal önkéntesen és megfelelő tájékoztatás alapján hozzájárulok a jelen adatkezelési tájékoztatóban említett személyes adataimra nézve azoknak a jelen adatkezelési tájékoztatóban foglaltak szerinti kezeléséhez.</w:t>
      </w:r>
    </w:p>
    <w:p w14:paraId="73AFB8DB" w14:textId="77777777" w:rsidR="0077120B" w:rsidRPr="008D1B5F" w:rsidRDefault="0077120B" w:rsidP="0077120B">
      <w:pPr>
        <w:spacing w:line="240" w:lineRule="auto"/>
        <w:rPr>
          <w:bCs/>
          <w:lang w:val="hu-HU"/>
        </w:rPr>
      </w:pPr>
    </w:p>
    <w:p w14:paraId="37539BAD" w14:textId="77777777" w:rsidR="0077120B" w:rsidRPr="008D1B5F" w:rsidRDefault="0077120B" w:rsidP="0077120B">
      <w:pPr>
        <w:spacing w:line="240" w:lineRule="auto"/>
        <w:rPr>
          <w:bCs/>
          <w:lang w:val="hu-HU"/>
        </w:rPr>
      </w:pPr>
      <w:r w:rsidRPr="008D1B5F">
        <w:rPr>
          <w:bCs/>
          <w:lang w:val="hu-HU"/>
        </w:rPr>
        <w:t>………………………………., 2026. ………….</w:t>
      </w:r>
    </w:p>
    <w:p w14:paraId="06A3EA69" w14:textId="77777777" w:rsidR="0077120B" w:rsidRPr="008D1B5F" w:rsidRDefault="0077120B" w:rsidP="0077120B">
      <w:pPr>
        <w:spacing w:line="240" w:lineRule="auto"/>
        <w:rPr>
          <w:bCs/>
          <w:lang w:val="hu-HU"/>
        </w:rPr>
      </w:pPr>
    </w:p>
    <w:p w14:paraId="5964682E" w14:textId="77777777" w:rsidR="0077120B" w:rsidRPr="008D1B5F" w:rsidRDefault="0077120B" w:rsidP="0077120B">
      <w:pPr>
        <w:spacing w:line="240" w:lineRule="auto"/>
        <w:ind w:left="5664"/>
        <w:jc w:val="center"/>
        <w:rPr>
          <w:bCs/>
          <w:lang w:val="hu-HU"/>
        </w:rPr>
      </w:pPr>
      <w:r w:rsidRPr="008D1B5F">
        <w:rPr>
          <w:bCs/>
          <w:lang w:val="hu-HU"/>
        </w:rPr>
        <w:t>………………………….…..</w:t>
      </w:r>
    </w:p>
    <w:p w14:paraId="7BFD82BA" w14:textId="77777777" w:rsidR="0077120B" w:rsidRPr="008D1B5F" w:rsidRDefault="0077120B" w:rsidP="0077120B">
      <w:pPr>
        <w:spacing w:line="240" w:lineRule="auto"/>
        <w:ind w:left="5664"/>
        <w:jc w:val="center"/>
        <w:rPr>
          <w:bCs/>
          <w:lang w:val="hu-HU"/>
        </w:rPr>
      </w:pPr>
      <w:r w:rsidRPr="008D1B5F">
        <w:rPr>
          <w:bCs/>
          <w:lang w:val="hu-HU"/>
        </w:rPr>
        <w:t>(aláírás helye)</w:t>
      </w:r>
    </w:p>
    <w:p w14:paraId="478D077D" w14:textId="77777777" w:rsidR="0077120B" w:rsidRPr="008D1B5F" w:rsidRDefault="0077120B" w:rsidP="0077120B">
      <w:pPr>
        <w:spacing w:line="240" w:lineRule="auto"/>
        <w:ind w:left="5664"/>
        <w:jc w:val="center"/>
        <w:rPr>
          <w:bCs/>
          <w:lang w:val="hu-HU"/>
        </w:rPr>
      </w:pPr>
    </w:p>
    <w:p w14:paraId="0865323C" w14:textId="77777777" w:rsidR="0077120B" w:rsidRPr="008D1B5F" w:rsidRDefault="0077120B" w:rsidP="0077120B">
      <w:pPr>
        <w:spacing w:line="240" w:lineRule="auto"/>
        <w:ind w:left="5664"/>
        <w:jc w:val="center"/>
        <w:rPr>
          <w:bCs/>
          <w:lang w:val="hu-HU"/>
        </w:rPr>
      </w:pPr>
      <w:r w:rsidRPr="008D1B5F">
        <w:rPr>
          <w:bCs/>
          <w:lang w:val="hu-HU"/>
        </w:rPr>
        <w:t>………………………………</w:t>
      </w:r>
    </w:p>
    <w:p w14:paraId="2D44E9E3" w14:textId="77777777" w:rsidR="0077120B" w:rsidRPr="008D1B5F" w:rsidRDefault="0077120B" w:rsidP="0077120B">
      <w:pPr>
        <w:spacing w:line="240" w:lineRule="auto"/>
        <w:ind w:left="5664"/>
        <w:jc w:val="center"/>
        <w:rPr>
          <w:bCs/>
          <w:lang w:val="hu-HU"/>
        </w:rPr>
      </w:pPr>
      <w:r w:rsidRPr="008D1B5F">
        <w:rPr>
          <w:bCs/>
          <w:lang w:val="hu-HU"/>
        </w:rPr>
        <w:t>(név nyomtatottan)</w:t>
      </w:r>
    </w:p>
    <w:p w14:paraId="47CD64E2" w14:textId="77777777" w:rsidR="0077120B" w:rsidRPr="008D1B5F" w:rsidRDefault="0077120B" w:rsidP="0077120B">
      <w:pPr>
        <w:spacing w:line="240" w:lineRule="auto"/>
        <w:jc w:val="center"/>
        <w:rPr>
          <w:b/>
          <w:lang w:val="hu-HU"/>
        </w:rPr>
      </w:pPr>
    </w:p>
    <w:p w14:paraId="2DA40D84" w14:textId="77777777" w:rsidR="0077120B" w:rsidRPr="008D1B5F" w:rsidRDefault="0077120B" w:rsidP="0077120B">
      <w:pPr>
        <w:spacing w:line="240" w:lineRule="auto"/>
        <w:jc w:val="center"/>
        <w:rPr>
          <w:b/>
          <w:lang w:val="hu-HU"/>
        </w:rPr>
      </w:pPr>
    </w:p>
    <w:p w14:paraId="09A74B83" w14:textId="77777777" w:rsidR="0077120B" w:rsidRPr="008D1B5F" w:rsidRDefault="0077120B" w:rsidP="0077120B">
      <w:pPr>
        <w:spacing w:line="240" w:lineRule="auto"/>
        <w:jc w:val="center"/>
        <w:rPr>
          <w:b/>
          <w:lang w:val="hu-HU"/>
        </w:rPr>
      </w:pPr>
    </w:p>
    <w:p w14:paraId="720889CC" w14:textId="77777777" w:rsidR="0077120B" w:rsidRPr="008D1B5F" w:rsidRDefault="0077120B" w:rsidP="0077120B">
      <w:pPr>
        <w:spacing w:line="240" w:lineRule="auto"/>
        <w:rPr>
          <w:lang w:val="hu-HU"/>
        </w:rPr>
      </w:pPr>
    </w:p>
    <w:p w14:paraId="44E58D24" w14:textId="77777777" w:rsidR="0077120B" w:rsidRPr="008D1B5F" w:rsidRDefault="0077120B" w:rsidP="008B1611">
      <w:pPr>
        <w:ind w:left="3600" w:firstLine="720"/>
        <w:rPr>
          <w:lang w:val="hu-HU"/>
        </w:rPr>
      </w:pPr>
    </w:p>
    <w:sectPr w:rsidR="0077120B" w:rsidRPr="008D1B5F" w:rsidSect="00034616">
      <w:pgSz w:w="12240" w:h="15840"/>
      <w:pgMar w:top="1440" w:right="1800" w:bottom="1440" w:left="1800" w:header="720" w:footer="720" w:gutter="0"/>
      <w:pgBorders>
        <w:top w:val="single" w:sz="12" w:space="24" w:color="003366"/>
        <w:left w:val="single" w:sz="12" w:space="24" w:color="003366"/>
        <w:bottom w:val="single" w:sz="12" w:space="24" w:color="003366"/>
        <w:right w:val="single" w:sz="12" w:space="24" w:color="0033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FF9AE" w14:textId="77777777" w:rsidR="004D56CD" w:rsidRDefault="004D56CD">
      <w:pPr>
        <w:spacing w:after="0" w:line="240" w:lineRule="auto"/>
      </w:pPr>
      <w:r>
        <w:separator/>
      </w:r>
    </w:p>
  </w:endnote>
  <w:endnote w:type="continuationSeparator" w:id="0">
    <w:p w14:paraId="418451FB" w14:textId="77777777" w:rsidR="004D56CD" w:rsidRDefault="004D5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0E9A4" w14:textId="77777777" w:rsidR="004D56CD" w:rsidRDefault="004D56CD">
      <w:pPr>
        <w:spacing w:after="0" w:line="240" w:lineRule="auto"/>
      </w:pPr>
      <w:r>
        <w:separator/>
      </w:r>
    </w:p>
  </w:footnote>
  <w:footnote w:type="continuationSeparator" w:id="0">
    <w:p w14:paraId="6A9C084B" w14:textId="77777777" w:rsidR="004D56CD" w:rsidRDefault="004D56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zmozottlist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zmozottlist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Felsorol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Felsorol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zmozottlist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Felsorols"/>
      <w:lvlText w:val=""/>
      <w:lvlJc w:val="left"/>
      <w:pPr>
        <w:tabs>
          <w:tab w:val="num" w:pos="360"/>
        </w:tabs>
        <w:ind w:left="360" w:hanging="360"/>
      </w:pPr>
      <w:rPr>
        <w:rFonts w:ascii="Symbol" w:hAnsi="Symbol" w:hint="default"/>
      </w:rPr>
    </w:lvl>
  </w:abstractNum>
  <w:abstractNum w:abstractNumId="9" w15:restartNumberingAfterBreak="0">
    <w:nsid w:val="09B763B5"/>
    <w:multiLevelType w:val="hybridMultilevel"/>
    <w:tmpl w:val="D9DEBC40"/>
    <w:lvl w:ilvl="0" w:tplc="190405D4">
      <w:start w:val="1"/>
      <w:numFmt w:val="decimal"/>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3B1732D7"/>
    <w:multiLevelType w:val="hybridMultilevel"/>
    <w:tmpl w:val="6EFC1CFC"/>
    <w:lvl w:ilvl="0" w:tplc="040E000F">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AC16892"/>
    <w:multiLevelType w:val="hybridMultilevel"/>
    <w:tmpl w:val="55A89E1C"/>
    <w:lvl w:ilvl="0" w:tplc="040E000F">
      <w:start w:val="7"/>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5C143474"/>
    <w:multiLevelType w:val="hybridMultilevel"/>
    <w:tmpl w:val="2604BF3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48326813">
    <w:abstractNumId w:val="8"/>
  </w:num>
  <w:num w:numId="2" w16cid:durableId="1789465068">
    <w:abstractNumId w:val="6"/>
  </w:num>
  <w:num w:numId="3" w16cid:durableId="1326205934">
    <w:abstractNumId w:val="5"/>
  </w:num>
  <w:num w:numId="4" w16cid:durableId="2084789186">
    <w:abstractNumId w:val="4"/>
  </w:num>
  <w:num w:numId="5" w16cid:durableId="1207720224">
    <w:abstractNumId w:val="7"/>
  </w:num>
  <w:num w:numId="6" w16cid:durableId="1159347018">
    <w:abstractNumId w:val="3"/>
  </w:num>
  <w:num w:numId="7" w16cid:durableId="687950016">
    <w:abstractNumId w:val="2"/>
  </w:num>
  <w:num w:numId="8" w16cid:durableId="1993950415">
    <w:abstractNumId w:val="1"/>
  </w:num>
  <w:num w:numId="9" w16cid:durableId="839739802">
    <w:abstractNumId w:val="0"/>
  </w:num>
  <w:num w:numId="10" w16cid:durableId="371275718">
    <w:abstractNumId w:val="12"/>
  </w:num>
  <w:num w:numId="11" w16cid:durableId="1597521604">
    <w:abstractNumId w:val="9"/>
  </w:num>
  <w:num w:numId="12" w16cid:durableId="854809941">
    <w:abstractNumId w:val="11"/>
  </w:num>
  <w:num w:numId="13" w16cid:durableId="11656281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4307"/>
    <w:rsid w:val="0015074B"/>
    <w:rsid w:val="00161705"/>
    <w:rsid w:val="00211480"/>
    <w:rsid w:val="0029639D"/>
    <w:rsid w:val="003119CB"/>
    <w:rsid w:val="00326F90"/>
    <w:rsid w:val="003C2084"/>
    <w:rsid w:val="004D56CD"/>
    <w:rsid w:val="007630BA"/>
    <w:rsid w:val="0077120B"/>
    <w:rsid w:val="00817DEE"/>
    <w:rsid w:val="008B1611"/>
    <w:rsid w:val="008D1B5F"/>
    <w:rsid w:val="008F3FE8"/>
    <w:rsid w:val="00A25F61"/>
    <w:rsid w:val="00A7581A"/>
    <w:rsid w:val="00AA1D8D"/>
    <w:rsid w:val="00B47730"/>
    <w:rsid w:val="00CB0664"/>
    <w:rsid w:val="00E76911"/>
    <w:rsid w:val="00FC693F"/>
    <w:rsid w:val="00FD1981"/>
    <w:rsid w:val="5BEE99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0FD1418"/>
  <w14:defaultImageDpi w14:val="300"/>
  <w15:docId w15:val="{B244C98B-37C8-40FB-970E-F8C0C40DE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C693F"/>
  </w:style>
  <w:style w:type="paragraph" w:styleId="Cmsor1">
    <w:name w:val="heading 1"/>
    <w:basedOn w:val="Norml"/>
    <w:next w:val="Norml"/>
    <w:link w:val="Cmsor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Cmsor6">
    <w:name w:val="heading 6"/>
    <w:basedOn w:val="Norml"/>
    <w:next w:val="Norml"/>
    <w:link w:val="Cmsor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msor7">
    <w:name w:val="heading 7"/>
    <w:basedOn w:val="Norml"/>
    <w:next w:val="Norml"/>
    <w:link w:val="Cmsor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msor8">
    <w:name w:val="heading 8"/>
    <w:basedOn w:val="Norml"/>
    <w:next w:val="Norml"/>
    <w:link w:val="Cmsor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Cmsor9">
    <w:name w:val="heading 9"/>
    <w:basedOn w:val="Norml"/>
    <w:next w:val="Norml"/>
    <w:link w:val="Cmsor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18BF"/>
    <w:pPr>
      <w:tabs>
        <w:tab w:val="center" w:pos="4680"/>
        <w:tab w:val="right" w:pos="9360"/>
      </w:tabs>
      <w:spacing w:after="0" w:line="240" w:lineRule="auto"/>
    </w:pPr>
  </w:style>
  <w:style w:type="character" w:customStyle="1" w:styleId="lfejChar">
    <w:name w:val="Élőfej Char"/>
    <w:basedOn w:val="Bekezdsalapbettpusa"/>
    <w:link w:val="lfej"/>
    <w:uiPriority w:val="99"/>
    <w:rsid w:val="00E618BF"/>
  </w:style>
  <w:style w:type="paragraph" w:styleId="llb">
    <w:name w:val="footer"/>
    <w:basedOn w:val="Norml"/>
    <w:link w:val="llbChar"/>
    <w:uiPriority w:val="99"/>
    <w:unhideWhenUsed/>
    <w:rsid w:val="00E618BF"/>
    <w:pPr>
      <w:tabs>
        <w:tab w:val="center" w:pos="4680"/>
        <w:tab w:val="right" w:pos="9360"/>
      </w:tabs>
      <w:spacing w:after="0" w:line="240" w:lineRule="auto"/>
    </w:pPr>
  </w:style>
  <w:style w:type="character" w:customStyle="1" w:styleId="llbChar">
    <w:name w:val="Élőláb Char"/>
    <w:basedOn w:val="Bekezdsalapbettpusa"/>
    <w:link w:val="llb"/>
    <w:uiPriority w:val="99"/>
    <w:rsid w:val="00E618BF"/>
  </w:style>
  <w:style w:type="paragraph" w:styleId="Nincstrkz">
    <w:name w:val="No Spacing"/>
    <w:uiPriority w:val="1"/>
    <w:qFormat/>
    <w:rsid w:val="00FC693F"/>
    <w:pPr>
      <w:spacing w:after="0" w:line="240" w:lineRule="auto"/>
    </w:pPr>
  </w:style>
  <w:style w:type="character" w:customStyle="1" w:styleId="Cmsor1Char">
    <w:name w:val="Címsor 1 Char"/>
    <w:basedOn w:val="Bekezdsalapbettpusa"/>
    <w:link w:val="Cmsor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FC693F"/>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FC693F"/>
    <w:rPr>
      <w:rFonts w:asciiTheme="majorHAnsi" w:eastAsiaTheme="majorEastAsia" w:hAnsiTheme="majorHAnsi" w:cstheme="majorBidi"/>
      <w:b/>
      <w:bCs/>
      <w:color w:val="4F81BD" w:themeColor="accent1"/>
    </w:rPr>
  </w:style>
  <w:style w:type="paragraph" w:styleId="Cm">
    <w:name w:val="Title"/>
    <w:basedOn w:val="Norml"/>
    <w:next w:val="Norml"/>
    <w:link w:val="Cm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cm">
    <w:name w:val="Subtitle"/>
    <w:basedOn w:val="Norml"/>
    <w:next w:val="Norml"/>
    <w:link w:val="Alcm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FC693F"/>
    <w:rPr>
      <w:rFonts w:asciiTheme="majorHAnsi" w:eastAsiaTheme="majorEastAsia" w:hAnsiTheme="majorHAnsi" w:cstheme="majorBidi"/>
      <w:i/>
      <w:iCs/>
      <w:color w:val="4F81BD" w:themeColor="accent1"/>
      <w:spacing w:val="15"/>
      <w:sz w:val="24"/>
      <w:szCs w:val="24"/>
    </w:rPr>
  </w:style>
  <w:style w:type="paragraph" w:styleId="Listaszerbekezds">
    <w:name w:val="List Paragraph"/>
    <w:basedOn w:val="Norml"/>
    <w:uiPriority w:val="34"/>
    <w:qFormat/>
    <w:rsid w:val="00FC693F"/>
    <w:pPr>
      <w:ind w:left="720"/>
      <w:contextualSpacing/>
    </w:pPr>
  </w:style>
  <w:style w:type="paragraph" w:styleId="Szvegtrzs">
    <w:name w:val="Body Text"/>
    <w:basedOn w:val="Norml"/>
    <w:link w:val="SzvegtrzsChar"/>
    <w:uiPriority w:val="99"/>
    <w:unhideWhenUsed/>
    <w:rsid w:val="00AA1D8D"/>
    <w:pPr>
      <w:spacing w:after="120"/>
    </w:pPr>
  </w:style>
  <w:style w:type="character" w:customStyle="1" w:styleId="SzvegtrzsChar">
    <w:name w:val="Szövegtörzs Char"/>
    <w:basedOn w:val="Bekezdsalapbettpusa"/>
    <w:link w:val="Szvegtrzs"/>
    <w:uiPriority w:val="99"/>
    <w:rsid w:val="00AA1D8D"/>
  </w:style>
  <w:style w:type="paragraph" w:styleId="Szvegtrzs2">
    <w:name w:val="Body Text 2"/>
    <w:basedOn w:val="Norml"/>
    <w:link w:val="Szvegtrzs2Char"/>
    <w:uiPriority w:val="99"/>
    <w:unhideWhenUsed/>
    <w:rsid w:val="00AA1D8D"/>
    <w:pPr>
      <w:spacing w:after="120" w:line="480" w:lineRule="auto"/>
    </w:pPr>
  </w:style>
  <w:style w:type="character" w:customStyle="1" w:styleId="Szvegtrzs2Char">
    <w:name w:val="Szövegtörzs 2 Char"/>
    <w:basedOn w:val="Bekezdsalapbettpusa"/>
    <w:link w:val="Szvegtrzs2"/>
    <w:uiPriority w:val="99"/>
    <w:rsid w:val="00AA1D8D"/>
  </w:style>
  <w:style w:type="paragraph" w:styleId="Szvegtrzs3">
    <w:name w:val="Body Text 3"/>
    <w:basedOn w:val="Norml"/>
    <w:link w:val="Szvegtrzs3Char"/>
    <w:uiPriority w:val="99"/>
    <w:unhideWhenUsed/>
    <w:rsid w:val="00AA1D8D"/>
    <w:pPr>
      <w:spacing w:after="120"/>
    </w:pPr>
    <w:rPr>
      <w:sz w:val="16"/>
      <w:szCs w:val="16"/>
    </w:rPr>
  </w:style>
  <w:style w:type="character" w:customStyle="1" w:styleId="Szvegtrzs3Char">
    <w:name w:val="Szövegtörzs 3 Char"/>
    <w:basedOn w:val="Bekezdsalapbettpusa"/>
    <w:link w:val="Szvegtrzs3"/>
    <w:uiPriority w:val="99"/>
    <w:rsid w:val="00AA1D8D"/>
    <w:rPr>
      <w:sz w:val="16"/>
      <w:szCs w:val="16"/>
    </w:rPr>
  </w:style>
  <w:style w:type="paragraph" w:styleId="Lista">
    <w:name w:val="List"/>
    <w:basedOn w:val="Norml"/>
    <w:uiPriority w:val="99"/>
    <w:unhideWhenUsed/>
    <w:rsid w:val="00AA1D8D"/>
    <w:pPr>
      <w:ind w:left="360" w:hanging="360"/>
      <w:contextualSpacing/>
    </w:pPr>
  </w:style>
  <w:style w:type="paragraph" w:styleId="Lista2">
    <w:name w:val="List 2"/>
    <w:basedOn w:val="Norml"/>
    <w:uiPriority w:val="99"/>
    <w:unhideWhenUsed/>
    <w:rsid w:val="00326F90"/>
    <w:pPr>
      <w:ind w:left="720" w:hanging="360"/>
      <w:contextualSpacing/>
    </w:pPr>
  </w:style>
  <w:style w:type="paragraph" w:styleId="Lista3">
    <w:name w:val="List 3"/>
    <w:basedOn w:val="Norml"/>
    <w:uiPriority w:val="99"/>
    <w:unhideWhenUsed/>
    <w:rsid w:val="00326F90"/>
    <w:pPr>
      <w:ind w:left="1080" w:hanging="360"/>
      <w:contextualSpacing/>
    </w:pPr>
  </w:style>
  <w:style w:type="paragraph" w:styleId="Felsorols">
    <w:name w:val="List Bullet"/>
    <w:basedOn w:val="Norml"/>
    <w:uiPriority w:val="99"/>
    <w:unhideWhenUsed/>
    <w:rsid w:val="00326F90"/>
    <w:pPr>
      <w:numPr>
        <w:numId w:val="1"/>
      </w:numPr>
      <w:contextualSpacing/>
    </w:pPr>
  </w:style>
  <w:style w:type="paragraph" w:styleId="Felsorols2">
    <w:name w:val="List Bullet 2"/>
    <w:basedOn w:val="Norml"/>
    <w:uiPriority w:val="99"/>
    <w:unhideWhenUsed/>
    <w:rsid w:val="00326F90"/>
    <w:pPr>
      <w:numPr>
        <w:numId w:val="2"/>
      </w:numPr>
      <w:contextualSpacing/>
    </w:pPr>
  </w:style>
  <w:style w:type="paragraph" w:styleId="Felsorols3">
    <w:name w:val="List Bullet 3"/>
    <w:basedOn w:val="Norml"/>
    <w:uiPriority w:val="99"/>
    <w:unhideWhenUsed/>
    <w:rsid w:val="00326F90"/>
    <w:pPr>
      <w:numPr>
        <w:numId w:val="3"/>
      </w:numPr>
      <w:contextualSpacing/>
    </w:pPr>
  </w:style>
  <w:style w:type="paragraph" w:styleId="Szmozottlista">
    <w:name w:val="List Number"/>
    <w:basedOn w:val="Norml"/>
    <w:uiPriority w:val="99"/>
    <w:unhideWhenUsed/>
    <w:rsid w:val="00326F90"/>
    <w:pPr>
      <w:numPr>
        <w:numId w:val="5"/>
      </w:numPr>
      <w:contextualSpacing/>
    </w:pPr>
  </w:style>
  <w:style w:type="paragraph" w:styleId="Szmozottlista2">
    <w:name w:val="List Number 2"/>
    <w:basedOn w:val="Norml"/>
    <w:uiPriority w:val="99"/>
    <w:unhideWhenUsed/>
    <w:rsid w:val="0029639D"/>
    <w:pPr>
      <w:numPr>
        <w:numId w:val="6"/>
      </w:numPr>
      <w:contextualSpacing/>
    </w:pPr>
  </w:style>
  <w:style w:type="paragraph" w:styleId="Szmozottlista3">
    <w:name w:val="List Number 3"/>
    <w:basedOn w:val="Norml"/>
    <w:uiPriority w:val="99"/>
    <w:unhideWhenUsed/>
    <w:rsid w:val="0029639D"/>
    <w:pPr>
      <w:numPr>
        <w:numId w:val="7"/>
      </w:numPr>
      <w:contextualSpacing/>
    </w:pPr>
  </w:style>
  <w:style w:type="paragraph" w:styleId="Listafolytatsa">
    <w:name w:val="List Continue"/>
    <w:basedOn w:val="Norml"/>
    <w:uiPriority w:val="99"/>
    <w:unhideWhenUsed/>
    <w:rsid w:val="0029639D"/>
    <w:pPr>
      <w:spacing w:after="120"/>
      <w:ind w:left="360"/>
      <w:contextualSpacing/>
    </w:pPr>
  </w:style>
  <w:style w:type="paragraph" w:styleId="Listafolytatsa2">
    <w:name w:val="List Continue 2"/>
    <w:basedOn w:val="Norml"/>
    <w:uiPriority w:val="99"/>
    <w:unhideWhenUsed/>
    <w:rsid w:val="0029639D"/>
    <w:pPr>
      <w:spacing w:after="120"/>
      <w:ind w:left="720"/>
      <w:contextualSpacing/>
    </w:pPr>
  </w:style>
  <w:style w:type="paragraph" w:styleId="Listafolytatsa3">
    <w:name w:val="List Continue 3"/>
    <w:basedOn w:val="Norml"/>
    <w:uiPriority w:val="99"/>
    <w:unhideWhenUsed/>
    <w:rsid w:val="0029639D"/>
    <w:pPr>
      <w:spacing w:after="120"/>
      <w:ind w:left="1080"/>
      <w:contextualSpacing/>
    </w:pPr>
  </w:style>
  <w:style w:type="paragraph" w:styleId="Makrszvege">
    <w:name w:val="macro"/>
    <w:link w:val="Makrszvege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szvegeChar">
    <w:name w:val="Makró szövege Char"/>
    <w:basedOn w:val="Bekezdsalapbettpusa"/>
    <w:link w:val="Makrszvege"/>
    <w:uiPriority w:val="99"/>
    <w:rsid w:val="0029639D"/>
    <w:rPr>
      <w:rFonts w:ascii="Courier" w:hAnsi="Courier"/>
      <w:sz w:val="20"/>
      <w:szCs w:val="20"/>
    </w:rPr>
  </w:style>
  <w:style w:type="paragraph" w:styleId="Idzet">
    <w:name w:val="Quote"/>
    <w:basedOn w:val="Norml"/>
    <w:next w:val="Norml"/>
    <w:link w:val="IdzetChar"/>
    <w:uiPriority w:val="29"/>
    <w:qFormat/>
    <w:rsid w:val="00FC693F"/>
    <w:rPr>
      <w:i/>
      <w:iCs/>
      <w:color w:val="000000" w:themeColor="text1"/>
    </w:rPr>
  </w:style>
  <w:style w:type="character" w:customStyle="1" w:styleId="IdzetChar">
    <w:name w:val="Idézet Char"/>
    <w:basedOn w:val="Bekezdsalapbettpusa"/>
    <w:link w:val="Idzet"/>
    <w:uiPriority w:val="29"/>
    <w:rsid w:val="00FC693F"/>
    <w:rPr>
      <w:i/>
      <w:iCs/>
      <w:color w:val="000000" w:themeColor="text1"/>
    </w:rPr>
  </w:style>
  <w:style w:type="character" w:customStyle="1" w:styleId="Cmsor4Char">
    <w:name w:val="Címsor 4 Char"/>
    <w:basedOn w:val="Bekezdsalapbettpusa"/>
    <w:link w:val="Cmsor4"/>
    <w:uiPriority w:val="9"/>
    <w:semiHidden/>
    <w:rsid w:val="00FC693F"/>
    <w:rPr>
      <w:rFonts w:asciiTheme="majorHAnsi" w:eastAsiaTheme="majorEastAsia" w:hAnsiTheme="majorHAnsi" w:cstheme="majorBidi"/>
      <w:b/>
      <w:bCs/>
      <w:i/>
      <w:iCs/>
      <w:color w:val="4F81BD" w:themeColor="accent1"/>
    </w:rPr>
  </w:style>
  <w:style w:type="character" w:customStyle="1" w:styleId="Cmsor5Char">
    <w:name w:val="Címsor 5 Char"/>
    <w:basedOn w:val="Bekezdsalapbettpusa"/>
    <w:link w:val="Cmsor5"/>
    <w:uiPriority w:val="9"/>
    <w:semiHidden/>
    <w:rsid w:val="00FC693F"/>
    <w:rPr>
      <w:rFonts w:asciiTheme="majorHAnsi" w:eastAsiaTheme="majorEastAsia" w:hAnsiTheme="majorHAnsi" w:cstheme="majorBidi"/>
      <w:color w:val="243F60" w:themeColor="accent1" w:themeShade="7F"/>
    </w:rPr>
  </w:style>
  <w:style w:type="character" w:customStyle="1" w:styleId="Cmsor6Char">
    <w:name w:val="Címsor 6 Char"/>
    <w:basedOn w:val="Bekezdsalapbettpusa"/>
    <w:link w:val="Cmsor6"/>
    <w:uiPriority w:val="9"/>
    <w:semiHidden/>
    <w:rsid w:val="00FC693F"/>
    <w:rPr>
      <w:rFonts w:asciiTheme="majorHAnsi" w:eastAsiaTheme="majorEastAsia" w:hAnsiTheme="majorHAnsi" w:cstheme="majorBidi"/>
      <w:i/>
      <w:iCs/>
      <w:color w:val="243F60" w:themeColor="accent1" w:themeShade="7F"/>
    </w:rPr>
  </w:style>
  <w:style w:type="character" w:customStyle="1" w:styleId="Cmsor7Char">
    <w:name w:val="Címsor 7 Char"/>
    <w:basedOn w:val="Bekezdsalapbettpusa"/>
    <w:link w:val="Cmsor7"/>
    <w:uiPriority w:val="9"/>
    <w:semiHidden/>
    <w:rsid w:val="00FC693F"/>
    <w:rPr>
      <w:rFonts w:asciiTheme="majorHAnsi" w:eastAsiaTheme="majorEastAsia" w:hAnsiTheme="majorHAnsi" w:cstheme="majorBidi"/>
      <w:i/>
      <w:iCs/>
      <w:color w:val="404040" w:themeColor="text1" w:themeTint="BF"/>
    </w:rPr>
  </w:style>
  <w:style w:type="character" w:customStyle="1" w:styleId="Cmsor8Char">
    <w:name w:val="Címsor 8 Char"/>
    <w:basedOn w:val="Bekezdsalapbettpusa"/>
    <w:link w:val="Cmsor8"/>
    <w:uiPriority w:val="9"/>
    <w:semiHidden/>
    <w:rsid w:val="00FC693F"/>
    <w:rPr>
      <w:rFonts w:asciiTheme="majorHAnsi" w:eastAsiaTheme="majorEastAsia" w:hAnsiTheme="majorHAnsi" w:cstheme="majorBidi"/>
      <w:color w:val="4F81BD" w:themeColor="accent1"/>
      <w:sz w:val="20"/>
      <w:szCs w:val="20"/>
    </w:rPr>
  </w:style>
  <w:style w:type="character" w:customStyle="1" w:styleId="Cmsor9Char">
    <w:name w:val="Címsor 9 Char"/>
    <w:basedOn w:val="Bekezdsalapbettpusa"/>
    <w:link w:val="Cmsor9"/>
    <w:uiPriority w:val="9"/>
    <w:semiHidden/>
    <w:rsid w:val="00FC693F"/>
    <w:rPr>
      <w:rFonts w:asciiTheme="majorHAnsi" w:eastAsiaTheme="majorEastAsia" w:hAnsiTheme="majorHAnsi" w:cstheme="majorBidi"/>
      <w:i/>
      <w:iCs/>
      <w:color w:val="404040" w:themeColor="text1" w:themeTint="BF"/>
      <w:sz w:val="20"/>
      <w:szCs w:val="20"/>
    </w:rPr>
  </w:style>
  <w:style w:type="paragraph" w:styleId="Kpalrs">
    <w:name w:val="caption"/>
    <w:basedOn w:val="Norml"/>
    <w:next w:val="Norml"/>
    <w:uiPriority w:val="35"/>
    <w:semiHidden/>
    <w:unhideWhenUsed/>
    <w:qFormat/>
    <w:rsid w:val="00FC693F"/>
    <w:pPr>
      <w:spacing w:line="240" w:lineRule="auto"/>
    </w:pPr>
    <w:rPr>
      <w:b/>
      <w:bCs/>
      <w:color w:val="4F81BD" w:themeColor="accent1"/>
      <w:sz w:val="18"/>
      <w:szCs w:val="18"/>
    </w:rPr>
  </w:style>
  <w:style w:type="character" w:styleId="Kiemels2">
    <w:name w:val="Strong"/>
    <w:basedOn w:val="Bekezdsalapbettpusa"/>
    <w:uiPriority w:val="22"/>
    <w:qFormat/>
    <w:rsid w:val="00FC693F"/>
    <w:rPr>
      <w:b/>
      <w:bCs/>
    </w:rPr>
  </w:style>
  <w:style w:type="character" w:styleId="Kiemels">
    <w:name w:val="Emphasis"/>
    <w:basedOn w:val="Bekezdsalapbettpusa"/>
    <w:uiPriority w:val="20"/>
    <w:qFormat/>
    <w:rsid w:val="00FC693F"/>
    <w:rPr>
      <w:i/>
      <w:iCs/>
    </w:rPr>
  </w:style>
  <w:style w:type="paragraph" w:styleId="Kiemeltidzet">
    <w:name w:val="Intense Quote"/>
    <w:basedOn w:val="Norml"/>
    <w:next w:val="Norml"/>
    <w:link w:val="Kiemeltidze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iemeltidzetChar">
    <w:name w:val="Kiemelt idézet Char"/>
    <w:basedOn w:val="Bekezdsalapbettpusa"/>
    <w:link w:val="Kiemeltidzet"/>
    <w:uiPriority w:val="30"/>
    <w:rsid w:val="00FC693F"/>
    <w:rPr>
      <w:b/>
      <w:bCs/>
      <w:i/>
      <w:iCs/>
      <w:color w:val="4F81BD" w:themeColor="accent1"/>
    </w:rPr>
  </w:style>
  <w:style w:type="character" w:styleId="Finomkiemels">
    <w:name w:val="Subtle Emphasis"/>
    <w:basedOn w:val="Bekezdsalapbettpusa"/>
    <w:uiPriority w:val="19"/>
    <w:qFormat/>
    <w:rsid w:val="00FC693F"/>
    <w:rPr>
      <w:i/>
      <w:iCs/>
      <w:color w:val="808080" w:themeColor="text1" w:themeTint="7F"/>
    </w:rPr>
  </w:style>
  <w:style w:type="character" w:styleId="Erskiemels">
    <w:name w:val="Intense Emphasis"/>
    <w:basedOn w:val="Bekezdsalapbettpusa"/>
    <w:uiPriority w:val="21"/>
    <w:qFormat/>
    <w:rsid w:val="00FC693F"/>
    <w:rPr>
      <w:b/>
      <w:bCs/>
      <w:i/>
      <w:iCs/>
      <w:color w:val="4F81BD" w:themeColor="accent1"/>
    </w:rPr>
  </w:style>
  <w:style w:type="character" w:styleId="Finomhivatkozs">
    <w:name w:val="Subtle Reference"/>
    <w:basedOn w:val="Bekezdsalapbettpusa"/>
    <w:uiPriority w:val="31"/>
    <w:qFormat/>
    <w:rsid w:val="00FC693F"/>
    <w:rPr>
      <w:smallCaps/>
      <w:color w:val="C0504D" w:themeColor="accent2"/>
      <w:u w:val="single"/>
    </w:rPr>
  </w:style>
  <w:style w:type="character" w:styleId="Ershivatkozs">
    <w:name w:val="Intense Reference"/>
    <w:basedOn w:val="Bekezdsalapbettpusa"/>
    <w:uiPriority w:val="32"/>
    <w:qFormat/>
    <w:rsid w:val="00FC693F"/>
    <w:rPr>
      <w:b/>
      <w:bCs/>
      <w:smallCaps/>
      <w:color w:val="C0504D" w:themeColor="accent2"/>
      <w:spacing w:val="5"/>
      <w:u w:val="single"/>
    </w:rPr>
  </w:style>
  <w:style w:type="character" w:styleId="Knyvcme">
    <w:name w:val="Book Title"/>
    <w:basedOn w:val="Bekezdsalapbettpusa"/>
    <w:uiPriority w:val="33"/>
    <w:qFormat/>
    <w:rsid w:val="00FC693F"/>
    <w:rPr>
      <w:b/>
      <w:bCs/>
      <w:smallCaps/>
      <w:spacing w:val="5"/>
    </w:rPr>
  </w:style>
  <w:style w:type="paragraph" w:styleId="Tartalomjegyzkcmsora">
    <w:name w:val="TOC Heading"/>
    <w:basedOn w:val="Cmsor1"/>
    <w:next w:val="Norml"/>
    <w:uiPriority w:val="39"/>
    <w:semiHidden/>
    <w:unhideWhenUsed/>
    <w:qFormat/>
    <w:rsid w:val="00FC693F"/>
    <w:pPr>
      <w:outlineLvl w:val="9"/>
    </w:pPr>
  </w:style>
  <w:style w:type="table" w:styleId="Rcsostblzat">
    <w:name w:val="Table Grid"/>
    <w:basedOn w:val="Normltblzat"/>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tnus">
    <w:name w:val="Light Shading"/>
    <w:basedOn w:val="Normltblzat"/>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Vilgosrnykols1jellszn">
    <w:name w:val="Light Shading Accent 1"/>
    <w:basedOn w:val="Normltblzat"/>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Vilgosrnykols2jellszn">
    <w:name w:val="Light Shading Accent 2"/>
    <w:basedOn w:val="Normltblzat"/>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Vilgosrnykols3jellszn">
    <w:name w:val="Light Shading Accent 3"/>
    <w:basedOn w:val="Normltblzat"/>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Vilgosrnykols4jellszn">
    <w:name w:val="Light Shading Accent 4"/>
    <w:basedOn w:val="Normltblzat"/>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Vilgosrnykols5jellszn">
    <w:name w:val="Light Shading Accent 5"/>
    <w:basedOn w:val="Normltblzat"/>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Vilgosrnykols6jellszn">
    <w:name w:val="Light Shading Accent 6"/>
    <w:basedOn w:val="Normltblzat"/>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Vilgoslista">
    <w:name w:val="Light List"/>
    <w:basedOn w:val="Normltblzat"/>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lgoslista1jellszn">
    <w:name w:val="Light List Accent 1"/>
    <w:basedOn w:val="Normltblzat"/>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Vilgoslista2jellszn">
    <w:name w:val="Light List Accent 2"/>
    <w:basedOn w:val="Normltblzat"/>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ilgoslista3jellszn">
    <w:name w:val="Light List Accent 3"/>
    <w:basedOn w:val="Normltblzat"/>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Vilgoslista4jellszn">
    <w:name w:val="Light List Accent 4"/>
    <w:basedOn w:val="Normltblzat"/>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Vilgoslista5jellszn">
    <w:name w:val="Light List Accent 5"/>
    <w:basedOn w:val="Normltblzat"/>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Vilgoslista6jellszn">
    <w:name w:val="Light List Accent 6"/>
    <w:basedOn w:val="Normltblzat"/>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Vilgosrcs">
    <w:name w:val="Light Grid"/>
    <w:basedOn w:val="Normltblzat"/>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Vilgosrcs1jellszn">
    <w:name w:val="Light Grid Accent 1"/>
    <w:basedOn w:val="Normltblzat"/>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Vilgosrcs2jellszn">
    <w:name w:val="Light Grid Accent 2"/>
    <w:basedOn w:val="Normltblzat"/>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Vilgosrcs3jellszn">
    <w:name w:val="Light Grid Accent 3"/>
    <w:basedOn w:val="Normltblzat"/>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Vilgosrcs4jellszn">
    <w:name w:val="Light Grid Accent 4"/>
    <w:basedOn w:val="Normltblzat"/>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lgosrcs5jellszn">
    <w:name w:val="Light Grid Accent 5"/>
    <w:basedOn w:val="Normltblzat"/>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Vilgosrcs6jellszn">
    <w:name w:val="Light Grid Accent 6"/>
    <w:basedOn w:val="Normltblzat"/>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Kzepesrnykols1">
    <w:name w:val="Medium Shading 1"/>
    <w:basedOn w:val="Normltblzat"/>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Kzepesrnykols11jellszn">
    <w:name w:val="Medium Shading 1 Accent 1"/>
    <w:basedOn w:val="Normltblzat"/>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Kzepesrnykols12jellszn">
    <w:name w:val="Medium Shading 1 Accent 2"/>
    <w:basedOn w:val="Normltblzat"/>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Kzepesrnykols13jellszn">
    <w:name w:val="Medium Shading 1 Accent 3"/>
    <w:basedOn w:val="Normltblzat"/>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Kzepesrnykols14jellszn">
    <w:name w:val="Medium Shading 1 Accent 4"/>
    <w:basedOn w:val="Normltblzat"/>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Kzepesrnykols15jellszn">
    <w:name w:val="Medium Shading 1 Accent 5"/>
    <w:basedOn w:val="Normltblzat"/>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Kzepesrnykols16jellszn">
    <w:name w:val="Medium Shading 1 Accent 6"/>
    <w:basedOn w:val="Normltblzat"/>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Kzepesrnykols2">
    <w:name w:val="Medium Shading 2"/>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1jellszn">
    <w:name w:val="Medium Shading 2 Accent 1"/>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2jellszn">
    <w:name w:val="Medium Shading 2 Accent 2"/>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3jellszn">
    <w:name w:val="Medium Shading 2 Accent 3"/>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4jellszn">
    <w:name w:val="Medium Shading 2 Accent 4"/>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5jellszn">
    <w:name w:val="Medium Shading 2 Accent 5"/>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6jellszn">
    <w:name w:val="Medium Shading 2 Accent 6"/>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lista1">
    <w:name w:val="Medium List 1"/>
    <w:basedOn w:val="Normltblzat"/>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Kzepeslista11jellszn">
    <w:name w:val="Medium List 1 Accent 1"/>
    <w:basedOn w:val="Normltblzat"/>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Kzepeslista12jellszn">
    <w:name w:val="Medium List 1 Accent 2"/>
    <w:basedOn w:val="Normltblzat"/>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Kzepeslista13jellszn">
    <w:name w:val="Medium List 1 Accent 3"/>
    <w:basedOn w:val="Normltblzat"/>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Kzepeslista14jellszn">
    <w:name w:val="Medium List 1 Accent 4"/>
    <w:basedOn w:val="Normltblzat"/>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Kzepeslista15jellszn">
    <w:name w:val="Medium List 1 Accent 5"/>
    <w:basedOn w:val="Normltblzat"/>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Kzepeslista16jellszn">
    <w:name w:val="Medium List 1 Accent 6"/>
    <w:basedOn w:val="Normltblzat"/>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Kzepeslista2">
    <w:name w:val="Medium List 2"/>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1jellszn">
    <w:name w:val="Medium List 2 Accent 1"/>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2jellszn">
    <w:name w:val="Medium List 2 Accent 2"/>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3jellszn">
    <w:name w:val="Medium List 2 Accent 3"/>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4jellszn">
    <w:name w:val="Medium List 2 Accent 4"/>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5jellszn">
    <w:name w:val="Medium List 2 Accent 5"/>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6jellszn">
    <w:name w:val="Medium List 2 Accent 6"/>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rcs1">
    <w:name w:val="Medium Grid 1"/>
    <w:basedOn w:val="Normltblzat"/>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zepesrcs11jellszn">
    <w:name w:val="Medium Grid 1 Accent 1"/>
    <w:basedOn w:val="Normltblzat"/>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zepesrcs12jellszn">
    <w:name w:val="Medium Grid 1 Accent 2"/>
    <w:basedOn w:val="Normltblzat"/>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zepesrcs13jellszn">
    <w:name w:val="Medium Grid 1 Accent 3"/>
    <w:basedOn w:val="Normltblzat"/>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zepesrcs14jellszn">
    <w:name w:val="Medium Grid 1 Accent 4"/>
    <w:basedOn w:val="Normltblzat"/>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zepesrcs15jellszn">
    <w:name w:val="Medium Grid 1 Accent 5"/>
    <w:basedOn w:val="Normltblzat"/>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zepesrcs16jellszn">
    <w:name w:val="Medium Grid 1 Accent 6"/>
    <w:basedOn w:val="Normltblzat"/>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zepesrcs2">
    <w:name w:val="Medium Grid 2"/>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Kzepesrcs21jellszn">
    <w:name w:val="Medium Grid 2 Accent 1"/>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Kzepesrcs22jellszn">
    <w:name w:val="Medium Grid 2 Accent 2"/>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Kzepesrcs23jellszn">
    <w:name w:val="Medium Grid 2 Accent 3"/>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Kzepesrcs24jellszn">
    <w:name w:val="Medium Grid 2 Accent 4"/>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Kzepesrcs25jellszn">
    <w:name w:val="Medium Grid 2 Accent 5"/>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Kzepesrcs26jellszn">
    <w:name w:val="Medium Grid 2 Accent 6"/>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Kzepesrcs3">
    <w:name w:val="Medium Grid 3"/>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Kzepesrcs31jellszn">
    <w:name w:val="Medium Grid 3 Accent 1"/>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Kzepesrcs32jellszn">
    <w:name w:val="Medium Grid 3 Accent 2"/>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Kzepesrcs33jellszn">
    <w:name w:val="Medium Grid 3 Accent 3"/>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Kzepesrcs34jellszn">
    <w:name w:val="Medium Grid 3 Accent 4"/>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Kzepesrcs35jellszn">
    <w:name w:val="Medium Grid 3 Accent 5"/>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zepesrcs36jellszn">
    <w:name w:val="Medium Grid 3 Accent 6"/>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Sttlista">
    <w:name w:val="Dark List"/>
    <w:basedOn w:val="Normltblzat"/>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Sttlista1jellszn">
    <w:name w:val="Dark List Accent 1"/>
    <w:basedOn w:val="Normltblzat"/>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Sttlista2jellszn">
    <w:name w:val="Dark List Accent 2"/>
    <w:basedOn w:val="Normltblzat"/>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Sttlista3jellszn">
    <w:name w:val="Dark List Accent 3"/>
    <w:basedOn w:val="Normltblzat"/>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Sttlista4jellszn">
    <w:name w:val="Dark List Accent 4"/>
    <w:basedOn w:val="Normltblzat"/>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Sttlista5jellszn">
    <w:name w:val="Dark List Accent 5"/>
    <w:basedOn w:val="Normltblzat"/>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Sttlista6jellszn">
    <w:name w:val="Dark List Accent 6"/>
    <w:basedOn w:val="Normltblzat"/>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znesrnykols">
    <w:name w:val="Colorful Shading"/>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znesrnykols1jellszn">
    <w:name w:val="Colorful Shading Accent 1"/>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znesrnykols2jellszn">
    <w:name w:val="Colorful Shading Accent 2"/>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znesrnykols3jellszn">
    <w:name w:val="Colorful Shading Accent 3"/>
    <w:basedOn w:val="Normltblzat"/>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znesrnykols4jellszn">
    <w:name w:val="Colorful Shading Accent 4"/>
    <w:basedOn w:val="Normltblzat"/>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znesrnykols5jellszn">
    <w:name w:val="Colorful Shading Accent 5"/>
    <w:basedOn w:val="Normltblzat"/>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znesrnykols6jellszn">
    <w:name w:val="Colorful Shading Accent 6"/>
    <w:basedOn w:val="Normltblzat"/>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Szneslista">
    <w:name w:val="Colorful List"/>
    <w:basedOn w:val="Normltblzat"/>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Szneslista1jellszn">
    <w:name w:val="Colorful List Accent 1"/>
    <w:basedOn w:val="Normltblzat"/>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Szneslista2jellszn">
    <w:name w:val="Colorful List Accent 2"/>
    <w:basedOn w:val="Normltblzat"/>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Szneslista3jellszn">
    <w:name w:val="Colorful List Accent 3"/>
    <w:basedOn w:val="Normltblzat"/>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Szneslista4jellszn">
    <w:name w:val="Colorful List Accent 4"/>
    <w:basedOn w:val="Normltblzat"/>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zneslista5jellszn">
    <w:name w:val="Colorful List Accent 5"/>
    <w:basedOn w:val="Normltblzat"/>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Szneslista6jellszn">
    <w:name w:val="Colorful List Accent 6"/>
    <w:basedOn w:val="Normltblzat"/>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Sznesrcs">
    <w:name w:val="Colorful Grid"/>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znesrcs1jellszn">
    <w:name w:val="Colorful Grid Accent 1"/>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znesrcs2jellszn">
    <w:name w:val="Colorful Grid Accent 2"/>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znesrcs3jellszn">
    <w:name w:val="Colorful Grid Accent 3"/>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znesrcs4jellszn">
    <w:name w:val="Colorful Grid Accent 4"/>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znesrcs5jellszn">
    <w:name w:val="Colorful Grid Accent 5"/>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znesrcs6jellszn">
    <w:name w:val="Colorful Grid Accent 6"/>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hivatkozs">
    <w:name w:val="Hyperlink"/>
    <w:semiHidden/>
    <w:rsid w:val="0077120B"/>
    <w:rPr>
      <w:color w:val="0000FF"/>
      <w:u w:val="single"/>
    </w:rPr>
  </w:style>
  <w:style w:type="character" w:styleId="Feloldatlanmegemlts">
    <w:name w:val="Unresolved Mention"/>
    <w:basedOn w:val="Bekezdsalapbettpusa"/>
    <w:uiPriority w:val="99"/>
    <w:semiHidden/>
    <w:unhideWhenUsed/>
    <w:rsid w:val="008F3FE8"/>
    <w:rPr>
      <w:color w:val="605E5C"/>
      <w:shd w:val="clear" w:color="auto" w:fill="E1DFDD"/>
    </w:rPr>
  </w:style>
  <w:style w:type="paragraph" w:styleId="Vltozat">
    <w:name w:val="Revision"/>
    <w:hidden/>
    <w:uiPriority w:val="99"/>
    <w:semiHidden/>
    <w:rsid w:val="008D1B5F"/>
    <w:pPr>
      <w:spacing w:after="0" w:line="240" w:lineRule="auto"/>
    </w:pPr>
  </w:style>
  <w:style w:type="character" w:styleId="Jegyzethivatkozs">
    <w:name w:val="annotation reference"/>
    <w:basedOn w:val="Bekezdsalapbettpusa"/>
    <w:uiPriority w:val="99"/>
    <w:semiHidden/>
    <w:unhideWhenUsed/>
    <w:rsid w:val="008D1B5F"/>
    <w:rPr>
      <w:sz w:val="16"/>
      <w:szCs w:val="16"/>
    </w:rPr>
  </w:style>
  <w:style w:type="paragraph" w:styleId="Jegyzetszveg">
    <w:name w:val="annotation text"/>
    <w:basedOn w:val="Norml"/>
    <w:link w:val="JegyzetszvegChar"/>
    <w:uiPriority w:val="99"/>
    <w:semiHidden/>
    <w:unhideWhenUsed/>
    <w:rsid w:val="008D1B5F"/>
    <w:pPr>
      <w:spacing w:line="240" w:lineRule="auto"/>
    </w:pPr>
    <w:rPr>
      <w:sz w:val="20"/>
      <w:szCs w:val="20"/>
    </w:rPr>
  </w:style>
  <w:style w:type="character" w:customStyle="1" w:styleId="JegyzetszvegChar">
    <w:name w:val="Jegyzetszöveg Char"/>
    <w:basedOn w:val="Bekezdsalapbettpusa"/>
    <w:link w:val="Jegyzetszveg"/>
    <w:uiPriority w:val="99"/>
    <w:semiHidden/>
    <w:rsid w:val="008D1B5F"/>
    <w:rPr>
      <w:sz w:val="20"/>
      <w:szCs w:val="20"/>
    </w:rPr>
  </w:style>
  <w:style w:type="paragraph" w:styleId="Megjegyzstrgya">
    <w:name w:val="annotation subject"/>
    <w:basedOn w:val="Jegyzetszveg"/>
    <w:next w:val="Jegyzetszveg"/>
    <w:link w:val="MegjegyzstrgyaChar"/>
    <w:uiPriority w:val="99"/>
    <w:semiHidden/>
    <w:unhideWhenUsed/>
    <w:rsid w:val="008D1B5F"/>
    <w:rPr>
      <w:b/>
      <w:bCs/>
    </w:rPr>
  </w:style>
  <w:style w:type="character" w:customStyle="1" w:styleId="MegjegyzstrgyaChar">
    <w:name w:val="Megjegyzés tárgya Char"/>
    <w:basedOn w:val="JegyzetszvegChar"/>
    <w:link w:val="Megjegyzstrgya"/>
    <w:uiPriority w:val="99"/>
    <w:semiHidden/>
    <w:rsid w:val="008D1B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ugyfelszolgalat@naih.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mkik.h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mki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kik.hu" TargetMode="External"/><Relationship Id="rId4" Type="http://schemas.openxmlformats.org/officeDocument/2006/relationships/settings" Target="settings.xml"/><Relationship Id="rId9" Type="http://schemas.openxmlformats.org/officeDocument/2006/relationships/hyperlink" Target="mailto:breuerne.eva@mkik.h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1111</Words>
  <Characters>7672</Characters>
  <Application>Microsoft Office Word</Application>
  <DocSecurity>0</DocSecurity>
  <Lines>63</Lines>
  <Paragraphs>17</Paragraphs>
  <ScaleCrop>false</ScaleCrop>
  <Manager/>
  <Company/>
  <LinksUpToDate>false</LinksUpToDate>
  <CharactersWithSpaces>8766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Breuer Gábor Béláné</cp:lastModifiedBy>
  <cp:revision>4</cp:revision>
  <dcterms:created xsi:type="dcterms:W3CDTF">2026-02-05T14:18:00Z</dcterms:created>
  <dcterms:modified xsi:type="dcterms:W3CDTF">2026-02-05T14:29:00Z</dcterms:modified>
  <cp:category/>
</cp:coreProperties>
</file>